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68" w:type="dxa"/>
        <w:tblLayout w:type="fixed"/>
        <w:tblLook w:val="04A0" w:firstRow="1" w:lastRow="0" w:firstColumn="1" w:lastColumn="0" w:noHBand="0" w:noVBand="1"/>
      </w:tblPr>
      <w:tblGrid>
        <w:gridCol w:w="1944"/>
        <w:gridCol w:w="8424"/>
      </w:tblGrid>
      <w:tr w:rsidR="00E833C5">
        <w:trPr>
          <w:trHeight w:val="1956"/>
        </w:trPr>
        <w:tc>
          <w:tcPr>
            <w:tcW w:w="1944" w:type="dxa"/>
            <w:tcBorders>
              <w:top w:val="single" w:sz="8" w:space="0" w:color="7F8C99"/>
              <w:left w:val="single" w:sz="8" w:space="0" w:color="7F8C99"/>
              <w:bottom w:val="single" w:sz="8" w:space="0" w:color="7F8C99"/>
              <w:right w:val="single" w:sz="8" w:space="0" w:color="7F8C99"/>
            </w:tcBorders>
            <w:shd w:val="clear" w:color="auto" w:fill="F2F4F7"/>
            <w:tcMar>
              <w:top w:w="80" w:type="dxa"/>
              <w:left w:w="100" w:type="dxa"/>
              <w:bottom w:w="80" w:type="dxa"/>
              <w:right w:w="100" w:type="dxa"/>
            </w:tcMar>
            <w:vAlign w:val="center"/>
          </w:tcPr>
          <w:p w:rsidR="00E833C5" w:rsidRDefault="00ED6F27">
            <w:pPr>
              <w:spacing w:after="0" w:line="240" w:lineRule="auto"/>
              <w:jc w:val="center"/>
            </w:pPr>
            <w:r>
              <w:rPr>
                <w:b/>
                <w:color w:val="7F8C99"/>
                <w:sz w:val="16"/>
              </w:rPr>
              <w:t>2 x 2 PHOTO</w:t>
            </w:r>
            <w:r>
              <w:rPr>
                <w:b/>
                <w:color w:val="7F8C99"/>
                <w:sz w:val="16"/>
              </w:rPr>
              <w:br/>
              <w:t>Taken within the last 6 months</w:t>
            </w:r>
            <w:r>
              <w:rPr>
                <w:b/>
                <w:color w:val="7F8C99"/>
                <w:sz w:val="16"/>
              </w:rPr>
              <w:br/>
              <w:t>Proper attire</w:t>
            </w:r>
          </w:p>
        </w:tc>
        <w:tc>
          <w:tcPr>
            <w:tcW w:w="8424" w:type="dxa"/>
            <w:tcBorders>
              <w:bottom w:val="single" w:sz="8" w:space="0" w:color="17365D"/>
            </w:tcBorders>
            <w:tcMar>
              <w:top w:w="140" w:type="dxa"/>
              <w:left w:w="200" w:type="dxa"/>
              <w:bottom w:w="100" w:type="dxa"/>
              <w:right w:w="120" w:type="dxa"/>
            </w:tcMar>
            <w:vAlign w:val="center"/>
          </w:tcPr>
          <w:p w:rsidR="00E833C5" w:rsidRDefault="00ED6F27">
            <w:pPr>
              <w:spacing w:after="0" w:line="240" w:lineRule="auto"/>
              <w:jc w:val="center"/>
            </w:pPr>
            <w:r>
              <w:rPr>
                <w:b/>
                <w:color w:val="17365D"/>
                <w:sz w:val="27"/>
              </w:rPr>
              <w:t>REQUEST / APPLICATION FOR SPECIAL SUBIC-CLARK INVESTOR'S VISA (SSCIV)</w:t>
            </w:r>
          </w:p>
        </w:tc>
      </w:tr>
    </w:tbl>
    <w:p w:rsidR="00E833C5" w:rsidRDefault="00E833C5">
      <w:pPr>
        <w:spacing w:after="0" w:line="240" w:lineRule="auto"/>
      </w:pPr>
    </w:p>
    <w:p w:rsidR="00E833C5" w:rsidRDefault="00ED6F27">
      <w:pPr>
        <w:spacing w:after="100" w:line="252" w:lineRule="auto"/>
        <w:jc w:val="both"/>
      </w:pPr>
      <w:r>
        <w:rPr>
          <w:sz w:val="16"/>
        </w:rPr>
        <w:t>The undersigned requests the issuance of a Special Subic-Clark Investor's Visa (SSCIV), with special multiple-entry privileges and exemptions from exit clearance certificates, re-entry permits, and special return certificates, pursuant to the Memorandum of Agreement and Joint Memorandum Order Nos. 001-2009, 2014, and 2022.</w:t>
      </w:r>
    </w:p>
    <w:tbl>
      <w:tblPr>
        <w:tblW w:w="10368" w:type="dxa"/>
        <w:tblLayout w:type="fixed"/>
        <w:tblLook w:val="04A0" w:firstRow="1" w:lastRow="0" w:firstColumn="1" w:lastColumn="0" w:noHBand="0" w:noVBand="1"/>
      </w:tblPr>
      <w:tblGrid>
        <w:gridCol w:w="1222"/>
        <w:gridCol w:w="359"/>
        <w:gridCol w:w="863"/>
        <w:gridCol w:w="144"/>
        <w:gridCol w:w="575"/>
        <w:gridCol w:w="1439"/>
        <w:gridCol w:w="288"/>
        <w:gridCol w:w="216"/>
        <w:gridCol w:w="72"/>
        <w:gridCol w:w="432"/>
        <w:gridCol w:w="935"/>
        <w:gridCol w:w="360"/>
        <w:gridCol w:w="144"/>
        <w:gridCol w:w="504"/>
        <w:gridCol w:w="216"/>
        <w:gridCol w:w="2589"/>
        <w:gridCol w:w="10"/>
      </w:tblGrid>
      <w:tr w:rsidR="00E833C5">
        <w:trPr>
          <w:gridAfter w:val="1"/>
          <w:wAfter w:w="10" w:type="dxa"/>
        </w:trPr>
        <w:tc>
          <w:tcPr>
            <w:tcW w:w="10368" w:type="dxa"/>
            <w:gridSpan w:val="16"/>
            <w:tcBorders>
              <w:bottom w:val="single" w:sz="6" w:space="0" w:color="1F4E78"/>
            </w:tcBorders>
            <w:shd w:val="clear" w:color="auto" w:fill="DDEBF7"/>
            <w:tcMar>
              <w:top w:w="70" w:type="dxa"/>
              <w:left w:w="100" w:type="dxa"/>
              <w:bottom w:w="70" w:type="dxa"/>
              <w:right w:w="100" w:type="dxa"/>
            </w:tcMar>
            <w:vAlign w:val="center"/>
          </w:tcPr>
          <w:p w:rsidR="00E833C5" w:rsidRDefault="00ED6F27">
            <w:pPr>
              <w:spacing w:after="0" w:line="240" w:lineRule="auto"/>
            </w:pPr>
            <w:r>
              <w:rPr>
                <w:b/>
                <w:color w:val="17365D"/>
              </w:rPr>
              <w:t>APPLICANT INFORMATION</w:t>
            </w:r>
          </w:p>
        </w:tc>
      </w:tr>
      <w:tr w:rsidR="00E833C5">
        <w:tblPrEx>
          <w:jc w:val="center"/>
        </w:tblPrEx>
        <w:trPr>
          <w:jc w:val="center"/>
        </w:trPr>
        <w:tc>
          <w:tcPr>
            <w:tcW w:w="2448" w:type="dxa"/>
            <w:gridSpan w:val="3"/>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FIRST NAME</w:t>
            </w:r>
          </w:p>
        </w:tc>
        <w:tc>
          <w:tcPr>
            <w:tcW w:w="2448" w:type="dxa"/>
            <w:gridSpan w:val="4"/>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MIDDLE NAME</w:t>
            </w:r>
          </w:p>
        </w:tc>
        <w:tc>
          <w:tcPr>
            <w:tcW w:w="2880" w:type="dxa"/>
            <w:gridSpan w:val="8"/>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LAST NAME</w:t>
            </w:r>
          </w:p>
        </w:tc>
        <w:tc>
          <w:tcPr>
            <w:tcW w:w="2592" w:type="dxa"/>
            <w:gridSpan w:val="2"/>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SIGNATURE</w:t>
            </w:r>
          </w:p>
        </w:tc>
      </w:tr>
      <w:tr w:rsidR="00E833C5">
        <w:tblPrEx>
          <w:jc w:val="center"/>
        </w:tblPrEx>
        <w:trPr>
          <w:trHeight w:val="295"/>
          <w:jc w:val="center"/>
        </w:trPr>
        <w:tc>
          <w:tcPr>
            <w:tcW w:w="2448" w:type="dxa"/>
            <w:gridSpan w:val="3"/>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2448" w:type="dxa"/>
            <w:gridSpan w:val="4"/>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2880" w:type="dxa"/>
            <w:gridSpan w:val="8"/>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2592" w:type="dxa"/>
            <w:gridSpan w:val="2"/>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r>
      <w:tr w:rsidR="00E833C5">
        <w:tblPrEx>
          <w:jc w:val="center"/>
        </w:tblPrEx>
        <w:trPr>
          <w:jc w:val="center"/>
        </w:trPr>
        <w:tc>
          <w:tcPr>
            <w:tcW w:w="1584" w:type="dxa"/>
            <w:gridSpan w:val="2"/>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AGE</w:t>
            </w:r>
          </w:p>
        </w:tc>
        <w:tc>
          <w:tcPr>
            <w:tcW w:w="1584" w:type="dxa"/>
            <w:gridSpan w:val="3"/>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SEX</w:t>
            </w:r>
          </w:p>
        </w:tc>
        <w:tc>
          <w:tcPr>
            <w:tcW w:w="1944" w:type="dxa"/>
            <w:gridSpan w:val="3"/>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HEIGHT (cm)</w:t>
            </w:r>
          </w:p>
        </w:tc>
        <w:tc>
          <w:tcPr>
            <w:tcW w:w="1944" w:type="dxa"/>
            <w:gridSpan w:val="5"/>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WEIGHT (kg)</w:t>
            </w:r>
          </w:p>
        </w:tc>
        <w:tc>
          <w:tcPr>
            <w:tcW w:w="3312" w:type="dxa"/>
            <w:gridSpan w:val="4"/>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BLOOD TYPE</w:t>
            </w:r>
          </w:p>
        </w:tc>
      </w:tr>
      <w:tr w:rsidR="00E833C5">
        <w:tblPrEx>
          <w:jc w:val="center"/>
        </w:tblPrEx>
        <w:trPr>
          <w:trHeight w:val="187"/>
          <w:jc w:val="center"/>
        </w:trPr>
        <w:tc>
          <w:tcPr>
            <w:tcW w:w="1584" w:type="dxa"/>
            <w:gridSpan w:val="2"/>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1584" w:type="dxa"/>
            <w:gridSpan w:val="3"/>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1944" w:type="dxa"/>
            <w:gridSpan w:val="3"/>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1944" w:type="dxa"/>
            <w:gridSpan w:val="5"/>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3312" w:type="dxa"/>
            <w:gridSpan w:val="4"/>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r>
      <w:tr w:rsidR="00E833C5">
        <w:tblPrEx>
          <w:jc w:val="center"/>
        </w:tblPrEx>
        <w:trPr>
          <w:jc w:val="center"/>
        </w:trPr>
        <w:tc>
          <w:tcPr>
            <w:tcW w:w="2592" w:type="dxa"/>
            <w:gridSpan w:val="4"/>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RACE</w:t>
            </w:r>
          </w:p>
        </w:tc>
        <w:tc>
          <w:tcPr>
            <w:tcW w:w="2592" w:type="dxa"/>
            <w:gridSpan w:val="5"/>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EYE COLOR</w:t>
            </w:r>
          </w:p>
        </w:tc>
        <w:tc>
          <w:tcPr>
            <w:tcW w:w="2592" w:type="dxa"/>
            <w:gridSpan w:val="6"/>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HAIR COLOR</w:t>
            </w:r>
          </w:p>
        </w:tc>
        <w:tc>
          <w:tcPr>
            <w:tcW w:w="2592" w:type="dxa"/>
            <w:gridSpan w:val="2"/>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COMPLEXION</w:t>
            </w:r>
          </w:p>
        </w:tc>
      </w:tr>
      <w:tr w:rsidR="00E833C5">
        <w:tblPrEx>
          <w:jc w:val="center"/>
        </w:tblPrEx>
        <w:trPr>
          <w:trHeight w:val="187"/>
          <w:jc w:val="center"/>
        </w:trPr>
        <w:tc>
          <w:tcPr>
            <w:tcW w:w="2592" w:type="dxa"/>
            <w:gridSpan w:val="4"/>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2592" w:type="dxa"/>
            <w:gridSpan w:val="5"/>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2592" w:type="dxa"/>
            <w:gridSpan w:val="6"/>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2592" w:type="dxa"/>
            <w:gridSpan w:val="2"/>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r>
      <w:tr w:rsidR="00E833C5">
        <w:trPr>
          <w:gridAfter w:val="1"/>
          <w:wAfter w:w="10" w:type="dxa"/>
        </w:trPr>
        <w:tc>
          <w:tcPr>
            <w:tcW w:w="10368" w:type="dxa"/>
            <w:gridSpan w:val="16"/>
            <w:tcBorders>
              <w:bottom w:val="single" w:sz="6" w:space="0" w:color="1F4E78"/>
            </w:tcBorders>
            <w:shd w:val="clear" w:color="auto" w:fill="DDEBF7"/>
            <w:tcMar>
              <w:top w:w="70" w:type="dxa"/>
              <w:left w:w="100" w:type="dxa"/>
              <w:bottom w:w="70" w:type="dxa"/>
              <w:right w:w="100" w:type="dxa"/>
            </w:tcMar>
            <w:vAlign w:val="center"/>
          </w:tcPr>
          <w:p w:rsidR="00E833C5" w:rsidRDefault="00ED6F27">
            <w:pPr>
              <w:spacing w:after="0" w:line="240" w:lineRule="auto"/>
            </w:pPr>
            <w:r>
              <w:rPr>
                <w:b/>
                <w:color w:val="17365D"/>
              </w:rPr>
              <w:t>RESIDENTIAL AND PASSPORT INFORMATION</w:t>
            </w:r>
          </w:p>
        </w:tc>
      </w:tr>
      <w:tr w:rsidR="00E833C5">
        <w:tblPrEx>
          <w:jc w:val="center"/>
        </w:tblPrEx>
        <w:trPr>
          <w:jc w:val="center"/>
        </w:trPr>
        <w:tc>
          <w:tcPr>
            <w:tcW w:w="10368" w:type="dxa"/>
            <w:gridSpan w:val="17"/>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PHILIPPINE RESIDENTIAL ADDRESS</w:t>
            </w:r>
          </w:p>
        </w:tc>
      </w:tr>
      <w:tr w:rsidR="00E833C5">
        <w:tblPrEx>
          <w:jc w:val="center"/>
        </w:tblPrEx>
        <w:trPr>
          <w:trHeight w:val="312"/>
          <w:jc w:val="center"/>
        </w:trPr>
        <w:tc>
          <w:tcPr>
            <w:tcW w:w="10368" w:type="dxa"/>
            <w:gridSpan w:val="17"/>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r>
      <w:tr w:rsidR="00E833C5">
        <w:tblPrEx>
          <w:jc w:val="center"/>
        </w:tblPrEx>
        <w:trPr>
          <w:jc w:val="center"/>
        </w:trPr>
        <w:tc>
          <w:tcPr>
            <w:tcW w:w="5184" w:type="dxa"/>
            <w:gridSpan w:val="9"/>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NATIONALITY</w:t>
            </w:r>
          </w:p>
        </w:tc>
        <w:tc>
          <w:tcPr>
            <w:tcW w:w="5184" w:type="dxa"/>
            <w:gridSpan w:val="8"/>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TELEPHONE / MOBILE NO.</w:t>
            </w:r>
          </w:p>
        </w:tc>
      </w:tr>
      <w:tr w:rsidR="00E833C5">
        <w:tblPrEx>
          <w:jc w:val="center"/>
        </w:tblPrEx>
        <w:trPr>
          <w:trHeight w:val="193"/>
          <w:jc w:val="center"/>
        </w:trPr>
        <w:tc>
          <w:tcPr>
            <w:tcW w:w="5184" w:type="dxa"/>
            <w:gridSpan w:val="9"/>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5184" w:type="dxa"/>
            <w:gridSpan w:val="8"/>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r>
      <w:tr w:rsidR="00E833C5">
        <w:tblPrEx>
          <w:jc w:val="center"/>
        </w:tblPrEx>
        <w:trPr>
          <w:jc w:val="center"/>
        </w:trPr>
        <w:tc>
          <w:tcPr>
            <w:tcW w:w="5184" w:type="dxa"/>
            <w:gridSpan w:val="9"/>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CIVIL STATUS</w:t>
            </w:r>
          </w:p>
        </w:tc>
        <w:tc>
          <w:tcPr>
            <w:tcW w:w="5184" w:type="dxa"/>
            <w:gridSpan w:val="8"/>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PASSPORT NO.</w:t>
            </w:r>
          </w:p>
        </w:tc>
      </w:tr>
      <w:tr w:rsidR="00E833C5">
        <w:tblPrEx>
          <w:jc w:val="center"/>
        </w:tblPrEx>
        <w:trPr>
          <w:trHeight w:val="193"/>
          <w:jc w:val="center"/>
        </w:trPr>
        <w:tc>
          <w:tcPr>
            <w:tcW w:w="5184" w:type="dxa"/>
            <w:gridSpan w:val="9"/>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5184" w:type="dxa"/>
            <w:gridSpan w:val="8"/>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r>
      <w:tr w:rsidR="00E833C5">
        <w:tblPrEx>
          <w:jc w:val="center"/>
        </w:tblPrEx>
        <w:trPr>
          <w:jc w:val="center"/>
        </w:trPr>
        <w:tc>
          <w:tcPr>
            <w:tcW w:w="5184" w:type="dxa"/>
            <w:gridSpan w:val="9"/>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PLACE OF ISSUE</w:t>
            </w:r>
          </w:p>
        </w:tc>
        <w:tc>
          <w:tcPr>
            <w:tcW w:w="5184" w:type="dxa"/>
            <w:gridSpan w:val="8"/>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DATE OF ISSUE</w:t>
            </w:r>
          </w:p>
        </w:tc>
      </w:tr>
      <w:tr w:rsidR="00E833C5">
        <w:tblPrEx>
          <w:jc w:val="center"/>
        </w:tblPrEx>
        <w:trPr>
          <w:trHeight w:val="193"/>
          <w:jc w:val="center"/>
        </w:trPr>
        <w:tc>
          <w:tcPr>
            <w:tcW w:w="5184" w:type="dxa"/>
            <w:gridSpan w:val="9"/>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5184" w:type="dxa"/>
            <w:gridSpan w:val="8"/>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r>
      <w:tr w:rsidR="00E833C5">
        <w:tblPrEx>
          <w:jc w:val="center"/>
        </w:tblPrEx>
        <w:trPr>
          <w:jc w:val="center"/>
        </w:trPr>
        <w:tc>
          <w:tcPr>
            <w:tcW w:w="5184" w:type="dxa"/>
            <w:gridSpan w:val="9"/>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VALID UNTIL</w:t>
            </w:r>
          </w:p>
        </w:tc>
        <w:tc>
          <w:tcPr>
            <w:tcW w:w="5184" w:type="dxa"/>
            <w:gridSpan w:val="8"/>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PLACE OF BIRTH</w:t>
            </w:r>
          </w:p>
        </w:tc>
      </w:tr>
      <w:tr w:rsidR="00E833C5">
        <w:tblPrEx>
          <w:jc w:val="center"/>
        </w:tblPrEx>
        <w:trPr>
          <w:trHeight w:val="193"/>
          <w:jc w:val="center"/>
        </w:trPr>
        <w:tc>
          <w:tcPr>
            <w:tcW w:w="5184" w:type="dxa"/>
            <w:gridSpan w:val="9"/>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5184" w:type="dxa"/>
            <w:gridSpan w:val="8"/>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r>
      <w:tr w:rsidR="00E833C5">
        <w:tblPrEx>
          <w:jc w:val="center"/>
        </w:tblPrEx>
        <w:trPr>
          <w:jc w:val="center"/>
        </w:trPr>
        <w:tc>
          <w:tcPr>
            <w:tcW w:w="5184" w:type="dxa"/>
            <w:gridSpan w:val="9"/>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DATE OF BIRTH (YYYY-MM-DD)</w:t>
            </w:r>
          </w:p>
        </w:tc>
        <w:tc>
          <w:tcPr>
            <w:tcW w:w="5184" w:type="dxa"/>
            <w:gridSpan w:val="8"/>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EMAIL ADDRESS</w:t>
            </w:r>
          </w:p>
        </w:tc>
      </w:tr>
      <w:tr w:rsidR="00E833C5">
        <w:tblPrEx>
          <w:jc w:val="center"/>
        </w:tblPrEx>
        <w:trPr>
          <w:trHeight w:val="193"/>
          <w:jc w:val="center"/>
        </w:trPr>
        <w:tc>
          <w:tcPr>
            <w:tcW w:w="5184" w:type="dxa"/>
            <w:gridSpan w:val="9"/>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5184" w:type="dxa"/>
            <w:gridSpan w:val="8"/>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r>
      <w:tr w:rsidR="00E833C5">
        <w:trPr>
          <w:gridAfter w:val="1"/>
          <w:wAfter w:w="10" w:type="dxa"/>
        </w:trPr>
        <w:tc>
          <w:tcPr>
            <w:tcW w:w="10368" w:type="dxa"/>
            <w:gridSpan w:val="16"/>
            <w:tcBorders>
              <w:bottom w:val="single" w:sz="6" w:space="0" w:color="1F4E78"/>
            </w:tcBorders>
            <w:shd w:val="clear" w:color="auto" w:fill="DDEBF7"/>
            <w:tcMar>
              <w:top w:w="70" w:type="dxa"/>
              <w:left w:w="100" w:type="dxa"/>
              <w:bottom w:w="70" w:type="dxa"/>
              <w:right w:w="100" w:type="dxa"/>
            </w:tcMar>
            <w:vAlign w:val="center"/>
          </w:tcPr>
          <w:p w:rsidR="00E833C5" w:rsidRDefault="00ED6F27">
            <w:pPr>
              <w:spacing w:after="0" w:line="240" w:lineRule="auto"/>
            </w:pPr>
            <w:r>
              <w:rPr>
                <w:b/>
                <w:color w:val="17365D"/>
              </w:rPr>
              <w:t>FREEPORT LOCATOR / COMPANY INFORMATION</w:t>
            </w:r>
          </w:p>
        </w:tc>
      </w:tr>
      <w:tr w:rsidR="00E833C5">
        <w:tblPrEx>
          <w:jc w:val="center"/>
        </w:tblPrEx>
        <w:trPr>
          <w:jc w:val="center"/>
        </w:trPr>
        <w:tc>
          <w:tcPr>
            <w:tcW w:w="10368" w:type="dxa"/>
            <w:gridSpan w:val="17"/>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EMPLOYING LOCATOR / COMPANY IN THE FREEPORT ZONE</w:t>
            </w:r>
          </w:p>
        </w:tc>
      </w:tr>
      <w:tr w:rsidR="00E833C5">
        <w:tblPrEx>
          <w:jc w:val="center"/>
        </w:tblPrEx>
        <w:trPr>
          <w:trHeight w:val="215"/>
          <w:jc w:val="center"/>
        </w:trPr>
        <w:tc>
          <w:tcPr>
            <w:tcW w:w="10368" w:type="dxa"/>
            <w:gridSpan w:val="17"/>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r>
      <w:tr w:rsidR="00E833C5">
        <w:tblPrEx>
          <w:jc w:val="center"/>
        </w:tblPrEx>
        <w:trPr>
          <w:jc w:val="center"/>
        </w:trPr>
        <w:tc>
          <w:tcPr>
            <w:tcW w:w="10368" w:type="dxa"/>
            <w:gridSpan w:val="17"/>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LOCATOR / COMPANY ADDRESS</w:t>
            </w:r>
          </w:p>
        </w:tc>
      </w:tr>
      <w:tr w:rsidR="00E833C5">
        <w:tblPrEx>
          <w:jc w:val="center"/>
        </w:tblPrEx>
        <w:trPr>
          <w:trHeight w:val="215"/>
          <w:jc w:val="center"/>
        </w:trPr>
        <w:tc>
          <w:tcPr>
            <w:tcW w:w="10368" w:type="dxa"/>
            <w:gridSpan w:val="17"/>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r>
      <w:tr w:rsidR="00E833C5">
        <w:tblPrEx>
          <w:jc w:val="center"/>
        </w:tblPrEx>
        <w:trPr>
          <w:jc w:val="center"/>
        </w:trPr>
        <w:tc>
          <w:tcPr>
            <w:tcW w:w="4608" w:type="dxa"/>
            <w:gridSpan w:val="6"/>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POSITION(S)</w:t>
            </w:r>
          </w:p>
        </w:tc>
        <w:tc>
          <w:tcPr>
            <w:tcW w:w="2304" w:type="dxa"/>
            <w:gridSpan w:val="6"/>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TELEPHONE NO.</w:t>
            </w:r>
          </w:p>
        </w:tc>
        <w:tc>
          <w:tcPr>
            <w:tcW w:w="3456" w:type="dxa"/>
            <w:gridSpan w:val="5"/>
            <w:tcBorders>
              <w:top w:val="single" w:sz="4" w:space="0" w:color="C8D2DA"/>
              <w:left w:val="single" w:sz="4" w:space="0" w:color="C8D2DA"/>
              <w:bottom w:val="single" w:sz="4" w:space="0" w:color="C8D2DA"/>
              <w:right w:val="single" w:sz="4" w:space="0" w:color="C8D2DA"/>
            </w:tcBorders>
            <w:shd w:val="clear" w:color="auto" w:fill="EEF4F8"/>
            <w:tcMar>
              <w:top w:w="40" w:type="dxa"/>
              <w:left w:w="90" w:type="dxa"/>
              <w:bottom w:w="35" w:type="dxa"/>
              <w:right w:w="90" w:type="dxa"/>
            </w:tcMar>
            <w:vAlign w:val="center"/>
          </w:tcPr>
          <w:p w:rsidR="00E833C5" w:rsidRDefault="00ED6F27">
            <w:pPr>
              <w:spacing w:after="0" w:line="240" w:lineRule="auto"/>
            </w:pPr>
            <w:r>
              <w:rPr>
                <w:b/>
                <w:color w:val="1F4E78"/>
                <w:sz w:val="14"/>
              </w:rPr>
              <w:t>EMAIL ADDRESS</w:t>
            </w:r>
          </w:p>
        </w:tc>
      </w:tr>
      <w:tr w:rsidR="00E833C5">
        <w:tblPrEx>
          <w:jc w:val="center"/>
        </w:tblPrEx>
        <w:trPr>
          <w:trHeight w:val="215"/>
          <w:jc w:val="center"/>
        </w:trPr>
        <w:tc>
          <w:tcPr>
            <w:tcW w:w="4608" w:type="dxa"/>
            <w:gridSpan w:val="6"/>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2304" w:type="dxa"/>
            <w:gridSpan w:val="6"/>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c>
          <w:tcPr>
            <w:tcW w:w="3456" w:type="dxa"/>
            <w:gridSpan w:val="5"/>
            <w:tcBorders>
              <w:top w:val="single" w:sz="4" w:space="0" w:color="C8D2DA"/>
              <w:left w:val="single" w:sz="4" w:space="0" w:color="C8D2DA"/>
              <w:bottom w:val="single" w:sz="4" w:space="0" w:color="C8D2DA"/>
              <w:right w:val="single" w:sz="4" w:space="0" w:color="C8D2DA"/>
            </w:tcBorders>
            <w:tcMar>
              <w:top w:w="55" w:type="dxa"/>
              <w:left w:w="90" w:type="dxa"/>
              <w:bottom w:w="55" w:type="dxa"/>
              <w:right w:w="90" w:type="dxa"/>
            </w:tcMar>
            <w:vAlign w:val="center"/>
          </w:tcPr>
          <w:p w:rsidR="00E833C5" w:rsidRDefault="00E833C5">
            <w:pPr>
              <w:spacing w:after="0" w:line="240" w:lineRule="auto"/>
            </w:pPr>
          </w:p>
        </w:tc>
      </w:tr>
      <w:tr w:rsidR="00E833C5">
        <w:trPr>
          <w:gridAfter w:val="1"/>
          <w:wAfter w:w="10" w:type="dxa"/>
        </w:trPr>
        <w:tc>
          <w:tcPr>
            <w:tcW w:w="10368" w:type="dxa"/>
            <w:gridSpan w:val="16"/>
            <w:tcBorders>
              <w:bottom w:val="single" w:sz="6" w:space="0" w:color="1F4E78"/>
            </w:tcBorders>
            <w:shd w:val="clear" w:color="auto" w:fill="DDEBF7"/>
            <w:tcMar>
              <w:top w:w="70" w:type="dxa"/>
              <w:left w:w="100" w:type="dxa"/>
              <w:bottom w:w="70" w:type="dxa"/>
              <w:right w:w="100" w:type="dxa"/>
            </w:tcMar>
            <w:vAlign w:val="center"/>
          </w:tcPr>
          <w:p w:rsidR="00E833C5" w:rsidRDefault="00ED6F27">
            <w:pPr>
              <w:spacing w:after="0" w:line="240" w:lineRule="auto"/>
            </w:pPr>
            <w:r>
              <w:rPr>
                <w:b/>
                <w:color w:val="17365D"/>
              </w:rPr>
              <w:t>DEPENDENTS ACCOMPANYING THE PRINCIPAL IN THE PHILIPPINES</w:t>
            </w:r>
          </w:p>
        </w:tc>
      </w:tr>
      <w:tr w:rsidR="00E833C5">
        <w:trPr>
          <w:gridAfter w:val="1"/>
          <w:wAfter w:w="10" w:type="dxa"/>
          <w:tblHeader/>
        </w:trPr>
        <w:tc>
          <w:tcPr>
            <w:tcW w:w="1224" w:type="dxa"/>
            <w:shd w:val="clear" w:color="auto" w:fill="1F4E78"/>
            <w:tcMar>
              <w:top w:w="80" w:type="dxa"/>
              <w:left w:w="100" w:type="dxa"/>
              <w:bottom w:w="80" w:type="dxa"/>
              <w:right w:w="100" w:type="dxa"/>
            </w:tcMar>
            <w:vAlign w:val="center"/>
          </w:tcPr>
          <w:p w:rsidR="00E833C5" w:rsidRDefault="00ED6F27">
            <w:pPr>
              <w:spacing w:after="0" w:line="240" w:lineRule="auto"/>
              <w:jc w:val="center"/>
            </w:pPr>
            <w:r>
              <w:rPr>
                <w:b/>
                <w:color w:val="FFFFFF"/>
                <w:sz w:val="14"/>
              </w:rPr>
              <w:t>RELATION</w:t>
            </w:r>
          </w:p>
        </w:tc>
        <w:tc>
          <w:tcPr>
            <w:tcW w:w="4392" w:type="dxa"/>
            <w:gridSpan w:val="9"/>
            <w:shd w:val="clear" w:color="auto" w:fill="1F4E78"/>
            <w:tcMar>
              <w:top w:w="80" w:type="dxa"/>
              <w:left w:w="100" w:type="dxa"/>
              <w:bottom w:w="80" w:type="dxa"/>
              <w:right w:w="100" w:type="dxa"/>
            </w:tcMar>
            <w:vAlign w:val="center"/>
          </w:tcPr>
          <w:p w:rsidR="00E833C5" w:rsidRDefault="00ED6F27">
            <w:pPr>
              <w:spacing w:after="0" w:line="240" w:lineRule="auto"/>
              <w:jc w:val="center"/>
            </w:pPr>
            <w:r>
              <w:rPr>
                <w:b/>
                <w:color w:val="FFFFFF"/>
                <w:sz w:val="14"/>
              </w:rPr>
              <w:t>FULL NAME</w:t>
            </w:r>
          </w:p>
        </w:tc>
        <w:tc>
          <w:tcPr>
            <w:tcW w:w="936" w:type="dxa"/>
            <w:shd w:val="clear" w:color="auto" w:fill="1F4E78"/>
            <w:tcMar>
              <w:top w:w="80" w:type="dxa"/>
              <w:left w:w="100" w:type="dxa"/>
              <w:bottom w:w="80" w:type="dxa"/>
              <w:right w:w="100" w:type="dxa"/>
            </w:tcMar>
            <w:vAlign w:val="center"/>
          </w:tcPr>
          <w:p w:rsidR="00E833C5" w:rsidRDefault="00ED6F27">
            <w:pPr>
              <w:spacing w:after="0" w:line="240" w:lineRule="auto"/>
              <w:jc w:val="center"/>
            </w:pPr>
            <w:r>
              <w:rPr>
                <w:b/>
                <w:color w:val="FFFFFF"/>
                <w:sz w:val="14"/>
              </w:rPr>
              <w:t>AGE</w:t>
            </w:r>
          </w:p>
        </w:tc>
        <w:tc>
          <w:tcPr>
            <w:tcW w:w="1008" w:type="dxa"/>
            <w:gridSpan w:val="3"/>
            <w:shd w:val="clear" w:color="auto" w:fill="1F4E78"/>
            <w:tcMar>
              <w:top w:w="80" w:type="dxa"/>
              <w:left w:w="100" w:type="dxa"/>
              <w:bottom w:w="80" w:type="dxa"/>
              <w:right w:w="100" w:type="dxa"/>
            </w:tcMar>
            <w:vAlign w:val="center"/>
          </w:tcPr>
          <w:p w:rsidR="00E833C5" w:rsidRDefault="00ED6F27">
            <w:pPr>
              <w:spacing w:after="0" w:line="240" w:lineRule="auto"/>
              <w:jc w:val="center"/>
            </w:pPr>
            <w:r>
              <w:rPr>
                <w:b/>
                <w:color w:val="FFFFFF"/>
                <w:sz w:val="14"/>
              </w:rPr>
              <w:t>SEX</w:t>
            </w:r>
          </w:p>
        </w:tc>
        <w:tc>
          <w:tcPr>
            <w:tcW w:w="2808" w:type="dxa"/>
            <w:gridSpan w:val="2"/>
            <w:shd w:val="clear" w:color="auto" w:fill="1F4E78"/>
            <w:tcMar>
              <w:top w:w="80" w:type="dxa"/>
              <w:left w:w="100" w:type="dxa"/>
              <w:bottom w:w="80" w:type="dxa"/>
              <w:right w:w="100" w:type="dxa"/>
            </w:tcMar>
            <w:vAlign w:val="center"/>
          </w:tcPr>
          <w:p w:rsidR="00E833C5" w:rsidRDefault="00ED6F27">
            <w:pPr>
              <w:spacing w:after="0" w:line="240" w:lineRule="auto"/>
              <w:jc w:val="center"/>
            </w:pPr>
            <w:r>
              <w:rPr>
                <w:b/>
                <w:color w:val="FFFFFF"/>
                <w:sz w:val="14"/>
              </w:rPr>
              <w:t>NATIONALITY</w:t>
            </w:r>
          </w:p>
        </w:tc>
      </w:tr>
      <w:tr w:rsidR="00E833C5">
        <w:trPr>
          <w:gridAfter w:val="1"/>
          <w:wAfter w:w="10" w:type="dxa"/>
          <w:trHeight w:val="329"/>
        </w:trPr>
        <w:tc>
          <w:tcPr>
            <w:tcW w:w="1224"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D6F27">
            <w:pPr>
              <w:spacing w:after="0" w:line="240" w:lineRule="auto"/>
              <w:jc w:val="center"/>
            </w:pPr>
            <w:r>
              <w:rPr>
                <w:sz w:val="16"/>
              </w:rPr>
              <w:t>Spouse</w:t>
            </w:r>
          </w:p>
        </w:tc>
        <w:tc>
          <w:tcPr>
            <w:tcW w:w="4392" w:type="dxa"/>
            <w:gridSpan w:val="9"/>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833C5">
            <w:pPr>
              <w:spacing w:after="0" w:line="240" w:lineRule="auto"/>
            </w:pPr>
          </w:p>
        </w:tc>
        <w:tc>
          <w:tcPr>
            <w:tcW w:w="936"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833C5">
            <w:pPr>
              <w:spacing w:after="0" w:line="240" w:lineRule="auto"/>
              <w:jc w:val="center"/>
            </w:pPr>
          </w:p>
        </w:tc>
        <w:tc>
          <w:tcPr>
            <w:tcW w:w="1008" w:type="dxa"/>
            <w:gridSpan w:val="3"/>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833C5">
            <w:pPr>
              <w:spacing w:after="0" w:line="240" w:lineRule="auto"/>
              <w:jc w:val="center"/>
            </w:pPr>
          </w:p>
        </w:tc>
        <w:tc>
          <w:tcPr>
            <w:tcW w:w="2808" w:type="dxa"/>
            <w:gridSpan w:val="2"/>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833C5">
            <w:pPr>
              <w:spacing w:after="0" w:line="240" w:lineRule="auto"/>
              <w:jc w:val="center"/>
            </w:pPr>
          </w:p>
        </w:tc>
      </w:tr>
      <w:tr w:rsidR="00E833C5">
        <w:trPr>
          <w:gridAfter w:val="1"/>
          <w:wAfter w:w="10" w:type="dxa"/>
          <w:trHeight w:val="329"/>
        </w:trPr>
        <w:tc>
          <w:tcPr>
            <w:tcW w:w="1224"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D6F27">
            <w:pPr>
              <w:spacing w:after="0" w:line="240" w:lineRule="auto"/>
              <w:jc w:val="center"/>
            </w:pPr>
            <w:r>
              <w:rPr>
                <w:sz w:val="16"/>
              </w:rPr>
              <w:t>Child</w:t>
            </w:r>
          </w:p>
        </w:tc>
        <w:tc>
          <w:tcPr>
            <w:tcW w:w="4392" w:type="dxa"/>
            <w:gridSpan w:val="9"/>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833C5">
            <w:pPr>
              <w:spacing w:after="0" w:line="240" w:lineRule="auto"/>
            </w:pPr>
          </w:p>
        </w:tc>
        <w:tc>
          <w:tcPr>
            <w:tcW w:w="936"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833C5">
            <w:pPr>
              <w:spacing w:after="0" w:line="240" w:lineRule="auto"/>
              <w:jc w:val="center"/>
            </w:pPr>
          </w:p>
        </w:tc>
        <w:tc>
          <w:tcPr>
            <w:tcW w:w="1008" w:type="dxa"/>
            <w:gridSpan w:val="3"/>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833C5">
            <w:pPr>
              <w:spacing w:after="0" w:line="240" w:lineRule="auto"/>
              <w:jc w:val="center"/>
            </w:pPr>
          </w:p>
        </w:tc>
        <w:tc>
          <w:tcPr>
            <w:tcW w:w="2808" w:type="dxa"/>
            <w:gridSpan w:val="2"/>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833C5">
            <w:pPr>
              <w:spacing w:after="0" w:line="240" w:lineRule="auto"/>
              <w:jc w:val="center"/>
            </w:pPr>
          </w:p>
        </w:tc>
      </w:tr>
      <w:tr w:rsidR="00E833C5">
        <w:trPr>
          <w:gridAfter w:val="1"/>
          <w:wAfter w:w="10" w:type="dxa"/>
          <w:trHeight w:val="329"/>
        </w:trPr>
        <w:tc>
          <w:tcPr>
            <w:tcW w:w="1224"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D6F27">
            <w:pPr>
              <w:spacing w:after="0" w:line="240" w:lineRule="auto"/>
              <w:jc w:val="center"/>
            </w:pPr>
            <w:r>
              <w:rPr>
                <w:sz w:val="16"/>
              </w:rPr>
              <w:t>Child</w:t>
            </w:r>
          </w:p>
        </w:tc>
        <w:tc>
          <w:tcPr>
            <w:tcW w:w="4392" w:type="dxa"/>
            <w:gridSpan w:val="9"/>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833C5">
            <w:pPr>
              <w:spacing w:after="0" w:line="240" w:lineRule="auto"/>
            </w:pPr>
          </w:p>
        </w:tc>
        <w:tc>
          <w:tcPr>
            <w:tcW w:w="936"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833C5">
            <w:pPr>
              <w:spacing w:after="0" w:line="240" w:lineRule="auto"/>
              <w:jc w:val="center"/>
            </w:pPr>
          </w:p>
        </w:tc>
        <w:tc>
          <w:tcPr>
            <w:tcW w:w="1008" w:type="dxa"/>
            <w:gridSpan w:val="3"/>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833C5">
            <w:pPr>
              <w:spacing w:after="0" w:line="240" w:lineRule="auto"/>
              <w:jc w:val="center"/>
            </w:pPr>
          </w:p>
        </w:tc>
        <w:tc>
          <w:tcPr>
            <w:tcW w:w="2808" w:type="dxa"/>
            <w:gridSpan w:val="2"/>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833C5">
            <w:pPr>
              <w:spacing w:after="0" w:line="240" w:lineRule="auto"/>
              <w:jc w:val="center"/>
            </w:pPr>
          </w:p>
        </w:tc>
      </w:tr>
      <w:tr w:rsidR="00E833C5">
        <w:trPr>
          <w:gridAfter w:val="1"/>
          <w:wAfter w:w="10" w:type="dxa"/>
          <w:trHeight w:val="329"/>
        </w:trPr>
        <w:tc>
          <w:tcPr>
            <w:tcW w:w="1224"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D6F27">
            <w:pPr>
              <w:spacing w:after="0" w:line="240" w:lineRule="auto"/>
              <w:jc w:val="center"/>
            </w:pPr>
            <w:r>
              <w:rPr>
                <w:sz w:val="16"/>
              </w:rPr>
              <w:t>Child</w:t>
            </w:r>
          </w:p>
        </w:tc>
        <w:tc>
          <w:tcPr>
            <w:tcW w:w="4392" w:type="dxa"/>
            <w:gridSpan w:val="9"/>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833C5">
            <w:pPr>
              <w:spacing w:after="0" w:line="240" w:lineRule="auto"/>
            </w:pPr>
          </w:p>
        </w:tc>
        <w:tc>
          <w:tcPr>
            <w:tcW w:w="936"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833C5">
            <w:pPr>
              <w:spacing w:after="0" w:line="240" w:lineRule="auto"/>
              <w:jc w:val="center"/>
            </w:pPr>
          </w:p>
        </w:tc>
        <w:tc>
          <w:tcPr>
            <w:tcW w:w="1008" w:type="dxa"/>
            <w:gridSpan w:val="3"/>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833C5">
            <w:pPr>
              <w:spacing w:after="0" w:line="240" w:lineRule="auto"/>
              <w:jc w:val="center"/>
            </w:pPr>
          </w:p>
        </w:tc>
        <w:tc>
          <w:tcPr>
            <w:tcW w:w="2808" w:type="dxa"/>
            <w:gridSpan w:val="2"/>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833C5">
            <w:pPr>
              <w:spacing w:after="0" w:line="240" w:lineRule="auto"/>
              <w:jc w:val="center"/>
            </w:pPr>
          </w:p>
        </w:tc>
      </w:tr>
    </w:tbl>
    <w:p w:rsidR="00E833C5" w:rsidRDefault="00ED6F27">
      <w:pPr>
        <w:spacing w:before="100" w:after="0" w:line="240" w:lineRule="auto"/>
        <w:jc w:val="right"/>
      </w:pPr>
      <w:r>
        <w:rPr>
          <w:b/>
          <w:color w:val="1F4E78"/>
          <w:sz w:val="15"/>
        </w:rPr>
        <w:t>Please proceed to Page 2 for the documentary requirements checklist.</w:t>
      </w:r>
    </w:p>
    <w:p w:rsidR="00E833C5" w:rsidRDefault="00ED6F27">
      <w:r>
        <w:br w:type="page"/>
      </w:r>
    </w:p>
    <w:tbl>
      <w:tblPr>
        <w:tblW w:w="10368" w:type="dxa"/>
        <w:tblLayout w:type="fixed"/>
        <w:tblLook w:val="04A0" w:firstRow="1" w:lastRow="0" w:firstColumn="1" w:lastColumn="0" w:noHBand="0" w:noVBand="1"/>
      </w:tblPr>
      <w:tblGrid>
        <w:gridCol w:w="10368"/>
      </w:tblGrid>
      <w:tr w:rsidR="00E833C5">
        <w:tc>
          <w:tcPr>
            <w:tcW w:w="10368" w:type="dxa"/>
            <w:shd w:val="clear" w:color="auto" w:fill="17365D"/>
            <w:tcMar>
              <w:top w:w="120" w:type="dxa"/>
              <w:left w:w="120" w:type="dxa"/>
              <w:bottom w:w="120" w:type="dxa"/>
              <w:right w:w="120" w:type="dxa"/>
            </w:tcMar>
            <w:vAlign w:val="center"/>
          </w:tcPr>
          <w:p w:rsidR="00E833C5" w:rsidRDefault="00ED6F27">
            <w:pPr>
              <w:spacing w:after="0" w:line="240" w:lineRule="auto"/>
              <w:jc w:val="center"/>
            </w:pPr>
            <w:r>
              <w:rPr>
                <w:b/>
                <w:color w:val="FFFFFF"/>
                <w:sz w:val="26"/>
              </w:rPr>
              <w:lastRenderedPageBreak/>
              <w:t>REQUEST / APPLICATION FOR SPECIAL SUBIC-CLARK INVESTOR'S VISA (SSCIV)</w:t>
            </w:r>
          </w:p>
        </w:tc>
      </w:tr>
    </w:tbl>
    <w:p w:rsidR="00E833C5" w:rsidRDefault="00ED6F27">
      <w:pPr>
        <w:spacing w:after="100" w:line="240" w:lineRule="auto"/>
        <w:jc w:val="center"/>
      </w:pPr>
      <w:r>
        <w:rPr>
          <w:b/>
          <w:color w:val="1F4E78"/>
          <w:sz w:val="17"/>
        </w:rPr>
        <w:t>DOCUMENTARY REQUIREMENTS / APPLICANT CHECKLIST</w:t>
      </w:r>
    </w:p>
    <w:p w:rsidR="00E833C5" w:rsidRDefault="00ED6F27">
      <w:pPr>
        <w:spacing w:after="100" w:line="240" w:lineRule="auto"/>
      </w:pPr>
      <w:r>
        <w:rPr>
          <w:i/>
          <w:color w:val="7F8C99"/>
          <w:sz w:val="16"/>
        </w:rPr>
        <w:t>Place a check mark in the left column and arrange the documents in the order listed below.</w:t>
      </w:r>
    </w:p>
    <w:tbl>
      <w:tblPr>
        <w:tblW w:w="10368" w:type="dxa"/>
        <w:tblLayout w:type="fixed"/>
        <w:tblLook w:val="04A0" w:firstRow="1" w:lastRow="0" w:firstColumn="1" w:lastColumn="0" w:noHBand="0" w:noVBand="1"/>
      </w:tblPr>
      <w:tblGrid>
        <w:gridCol w:w="936"/>
        <w:gridCol w:w="720"/>
        <w:gridCol w:w="8712"/>
      </w:tblGrid>
      <w:tr w:rsidR="00E833C5">
        <w:trPr>
          <w:tblHeader/>
        </w:trPr>
        <w:tc>
          <w:tcPr>
            <w:tcW w:w="936" w:type="dxa"/>
            <w:shd w:val="clear" w:color="auto" w:fill="1F4E78"/>
            <w:tcMar>
              <w:top w:w="80" w:type="dxa"/>
              <w:left w:w="100" w:type="dxa"/>
              <w:bottom w:w="80" w:type="dxa"/>
              <w:right w:w="100" w:type="dxa"/>
            </w:tcMar>
            <w:vAlign w:val="center"/>
          </w:tcPr>
          <w:p w:rsidR="00E833C5" w:rsidRDefault="00ED6F27">
            <w:pPr>
              <w:spacing w:after="0" w:line="240" w:lineRule="auto"/>
              <w:jc w:val="center"/>
            </w:pPr>
            <w:r>
              <w:rPr>
                <w:b/>
                <w:color w:val="FFFFFF"/>
                <w:sz w:val="15"/>
              </w:rPr>
              <w:t>CHECK</w:t>
            </w:r>
          </w:p>
        </w:tc>
        <w:tc>
          <w:tcPr>
            <w:tcW w:w="720" w:type="dxa"/>
            <w:shd w:val="clear" w:color="auto" w:fill="1F4E78"/>
            <w:tcMar>
              <w:top w:w="80" w:type="dxa"/>
              <w:left w:w="100" w:type="dxa"/>
              <w:bottom w:w="80" w:type="dxa"/>
              <w:right w:w="100" w:type="dxa"/>
            </w:tcMar>
            <w:vAlign w:val="center"/>
          </w:tcPr>
          <w:p w:rsidR="00E833C5" w:rsidRDefault="00ED6F27">
            <w:pPr>
              <w:spacing w:after="0" w:line="240" w:lineRule="auto"/>
              <w:jc w:val="center"/>
            </w:pPr>
            <w:r>
              <w:rPr>
                <w:b/>
                <w:color w:val="FFFFFF"/>
                <w:sz w:val="15"/>
              </w:rPr>
              <w:t>NO.</w:t>
            </w:r>
          </w:p>
        </w:tc>
        <w:tc>
          <w:tcPr>
            <w:tcW w:w="8712" w:type="dxa"/>
            <w:shd w:val="clear" w:color="auto" w:fill="1F4E78"/>
            <w:tcMar>
              <w:top w:w="80" w:type="dxa"/>
              <w:left w:w="100" w:type="dxa"/>
              <w:bottom w:w="80" w:type="dxa"/>
              <w:right w:w="100" w:type="dxa"/>
            </w:tcMar>
            <w:vAlign w:val="center"/>
          </w:tcPr>
          <w:p w:rsidR="00E833C5" w:rsidRDefault="00ED6F27">
            <w:pPr>
              <w:spacing w:after="0" w:line="240" w:lineRule="auto"/>
              <w:jc w:val="center"/>
            </w:pPr>
            <w:r>
              <w:rPr>
                <w:b/>
                <w:color w:val="FFFFFF"/>
                <w:sz w:val="15"/>
              </w:rPr>
              <w:t>REQUIREMENT</w:t>
            </w:r>
          </w:p>
        </w:tc>
      </w:tr>
      <w:tr w:rsidR="00E833C5">
        <w:tc>
          <w:tcPr>
            <w:tcW w:w="936"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D6F27">
            <w:pPr>
              <w:spacing w:after="0" w:line="240" w:lineRule="auto"/>
              <w:jc w:val="center"/>
            </w:pPr>
            <w:r>
              <w:rPr>
                <w:color w:val="1F4E78"/>
                <w:sz w:val="24"/>
              </w:rPr>
              <w:t>□</w:t>
            </w:r>
          </w:p>
        </w:tc>
        <w:tc>
          <w:tcPr>
            <w:tcW w:w="720"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D6F27">
            <w:pPr>
              <w:spacing w:after="0" w:line="240" w:lineRule="auto"/>
              <w:jc w:val="center"/>
            </w:pPr>
            <w:r>
              <w:rPr>
                <w:b/>
                <w:color w:val="1F4E78"/>
                <w:sz w:val="16"/>
              </w:rPr>
              <w:t>1</w:t>
            </w:r>
          </w:p>
        </w:tc>
        <w:tc>
          <w:tcPr>
            <w:tcW w:w="8712" w:type="dxa"/>
            <w:tcBorders>
              <w:top w:val="single" w:sz="4" w:space="0" w:color="C8D2DA"/>
              <w:left w:val="single" w:sz="4" w:space="0" w:color="C8D2DA"/>
              <w:bottom w:val="single" w:sz="4" w:space="0" w:color="C8D2DA"/>
              <w:right w:val="single" w:sz="4" w:space="0" w:color="C8D2DA"/>
            </w:tcBorders>
            <w:tcMar>
              <w:top w:w="70" w:type="dxa"/>
              <w:left w:w="100" w:type="dxa"/>
              <w:bottom w:w="70" w:type="dxa"/>
              <w:right w:w="100" w:type="dxa"/>
            </w:tcMar>
            <w:vAlign w:val="center"/>
          </w:tcPr>
          <w:p w:rsidR="00E833C5" w:rsidRDefault="00ED6F27">
            <w:pPr>
              <w:spacing w:after="0" w:line="240" w:lineRule="auto"/>
            </w:pPr>
            <w:r>
              <w:rPr>
                <w:sz w:val="16"/>
              </w:rPr>
              <w:t>Duly accomplished application form with a recent 2 x 2 colored photograph.</w:t>
            </w:r>
          </w:p>
        </w:tc>
      </w:tr>
      <w:tr w:rsidR="00E833C5">
        <w:tc>
          <w:tcPr>
            <w:tcW w:w="936"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D6F27">
            <w:pPr>
              <w:spacing w:after="0" w:line="240" w:lineRule="auto"/>
              <w:jc w:val="center"/>
            </w:pPr>
            <w:r>
              <w:rPr>
                <w:color w:val="1F4E78"/>
                <w:sz w:val="24"/>
              </w:rPr>
              <w:t>□</w:t>
            </w:r>
          </w:p>
        </w:tc>
        <w:tc>
          <w:tcPr>
            <w:tcW w:w="720"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D6F27">
            <w:pPr>
              <w:spacing w:after="0" w:line="240" w:lineRule="auto"/>
              <w:jc w:val="center"/>
            </w:pPr>
            <w:r>
              <w:rPr>
                <w:b/>
                <w:color w:val="1F4E78"/>
                <w:sz w:val="16"/>
              </w:rPr>
              <w:t>2</w:t>
            </w:r>
          </w:p>
        </w:tc>
        <w:tc>
          <w:tcPr>
            <w:tcW w:w="8712" w:type="dxa"/>
            <w:tcBorders>
              <w:top w:val="single" w:sz="4" w:space="0" w:color="C8D2DA"/>
              <w:left w:val="single" w:sz="4" w:space="0" w:color="C8D2DA"/>
              <w:bottom w:val="single" w:sz="4" w:space="0" w:color="C8D2DA"/>
              <w:right w:val="single" w:sz="4" w:space="0" w:color="C8D2DA"/>
            </w:tcBorders>
            <w:shd w:val="clear" w:color="auto" w:fill="FAFBFC"/>
            <w:tcMar>
              <w:top w:w="70" w:type="dxa"/>
              <w:left w:w="100" w:type="dxa"/>
              <w:bottom w:w="70" w:type="dxa"/>
              <w:right w:w="100" w:type="dxa"/>
            </w:tcMar>
            <w:vAlign w:val="center"/>
          </w:tcPr>
          <w:p w:rsidR="00E833C5" w:rsidRDefault="00ED6F27">
            <w:pPr>
              <w:spacing w:after="0" w:line="240" w:lineRule="auto"/>
            </w:pPr>
            <w:r>
              <w:rPr>
                <w:sz w:val="16"/>
              </w:rPr>
              <w:t>Photocopy of the passport bio-page with at least six (6) months' validity, the latest arrival stamp/visa, and an updated authorized stay valid until the date of commencement of the employment contract or appointment.</w:t>
            </w:r>
          </w:p>
        </w:tc>
      </w:tr>
      <w:tr w:rsidR="00E833C5">
        <w:tc>
          <w:tcPr>
            <w:tcW w:w="936"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D6F27">
            <w:pPr>
              <w:spacing w:after="0" w:line="240" w:lineRule="auto"/>
              <w:jc w:val="center"/>
            </w:pPr>
            <w:r>
              <w:rPr>
                <w:color w:val="1F4E78"/>
                <w:sz w:val="24"/>
              </w:rPr>
              <w:t>□</w:t>
            </w:r>
          </w:p>
        </w:tc>
        <w:tc>
          <w:tcPr>
            <w:tcW w:w="720"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D6F27">
            <w:pPr>
              <w:spacing w:after="0" w:line="240" w:lineRule="auto"/>
              <w:jc w:val="center"/>
            </w:pPr>
            <w:r>
              <w:rPr>
                <w:b/>
                <w:color w:val="1F4E78"/>
                <w:sz w:val="16"/>
              </w:rPr>
              <w:t>3</w:t>
            </w:r>
          </w:p>
        </w:tc>
        <w:tc>
          <w:tcPr>
            <w:tcW w:w="8712" w:type="dxa"/>
            <w:tcBorders>
              <w:top w:val="single" w:sz="4" w:space="0" w:color="C8D2DA"/>
              <w:left w:val="single" w:sz="4" w:space="0" w:color="C8D2DA"/>
              <w:bottom w:val="single" w:sz="4" w:space="0" w:color="C8D2DA"/>
              <w:right w:val="single" w:sz="4" w:space="0" w:color="C8D2DA"/>
            </w:tcBorders>
            <w:tcMar>
              <w:top w:w="70" w:type="dxa"/>
              <w:left w:w="100" w:type="dxa"/>
              <w:bottom w:w="70" w:type="dxa"/>
              <w:right w:w="100" w:type="dxa"/>
            </w:tcMar>
            <w:vAlign w:val="center"/>
          </w:tcPr>
          <w:p w:rsidR="00E833C5" w:rsidRDefault="00ED6F27">
            <w:pPr>
              <w:spacing w:after="0" w:line="240" w:lineRule="auto"/>
            </w:pPr>
            <w:r>
              <w:rPr>
                <w:sz w:val="16"/>
              </w:rPr>
              <w:t xml:space="preserve">Certificate of inward remittance from the manager of the applicant's agent bank in the Philippines, indicating the foreign currency, peso conversion, exchange rate, and conversion date, when the applicant may seek </w:t>
            </w:r>
            <w:proofErr w:type="spellStart"/>
            <w:r>
              <w:rPr>
                <w:sz w:val="16"/>
              </w:rPr>
              <w:t>Bangko</w:t>
            </w:r>
            <w:proofErr w:type="spellEnd"/>
            <w:r>
              <w:rPr>
                <w:sz w:val="16"/>
              </w:rPr>
              <w:t xml:space="preserve"> </w:t>
            </w:r>
            <w:proofErr w:type="spellStart"/>
            <w:r>
              <w:rPr>
                <w:sz w:val="16"/>
              </w:rPr>
              <w:t>Sentral</w:t>
            </w:r>
            <w:proofErr w:type="spellEnd"/>
            <w:r>
              <w:rPr>
                <w:sz w:val="16"/>
              </w:rPr>
              <w:t xml:space="preserve"> ng </w:t>
            </w:r>
            <w:proofErr w:type="spellStart"/>
            <w:r>
              <w:rPr>
                <w:sz w:val="16"/>
              </w:rPr>
              <w:t>Pilipinas</w:t>
            </w:r>
            <w:proofErr w:type="spellEnd"/>
            <w:r>
              <w:rPr>
                <w:sz w:val="16"/>
              </w:rPr>
              <w:t xml:space="preserve"> assistance for repatriation of the investment. Otherwise, conversion to peso currency is not required.</w:t>
            </w:r>
          </w:p>
        </w:tc>
      </w:tr>
      <w:tr w:rsidR="00E833C5">
        <w:tc>
          <w:tcPr>
            <w:tcW w:w="936"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D6F27">
            <w:pPr>
              <w:spacing w:after="0" w:line="240" w:lineRule="auto"/>
              <w:jc w:val="center"/>
            </w:pPr>
            <w:r>
              <w:rPr>
                <w:color w:val="1F4E78"/>
                <w:sz w:val="24"/>
              </w:rPr>
              <w:t>□</w:t>
            </w:r>
          </w:p>
        </w:tc>
        <w:tc>
          <w:tcPr>
            <w:tcW w:w="720"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D6F27">
            <w:pPr>
              <w:spacing w:after="0" w:line="240" w:lineRule="auto"/>
              <w:jc w:val="center"/>
            </w:pPr>
            <w:r>
              <w:rPr>
                <w:b/>
                <w:color w:val="1F4E78"/>
                <w:sz w:val="16"/>
              </w:rPr>
              <w:t>4</w:t>
            </w:r>
          </w:p>
        </w:tc>
        <w:tc>
          <w:tcPr>
            <w:tcW w:w="8712" w:type="dxa"/>
            <w:tcBorders>
              <w:top w:val="single" w:sz="4" w:space="0" w:color="C8D2DA"/>
              <w:left w:val="single" w:sz="4" w:space="0" w:color="C8D2DA"/>
              <w:bottom w:val="single" w:sz="4" w:space="0" w:color="C8D2DA"/>
              <w:right w:val="single" w:sz="4" w:space="0" w:color="C8D2DA"/>
            </w:tcBorders>
            <w:shd w:val="clear" w:color="auto" w:fill="FAFBFC"/>
            <w:tcMar>
              <w:top w:w="70" w:type="dxa"/>
              <w:left w:w="100" w:type="dxa"/>
              <w:bottom w:w="70" w:type="dxa"/>
              <w:right w:w="100" w:type="dxa"/>
            </w:tcMar>
            <w:vAlign w:val="center"/>
          </w:tcPr>
          <w:p w:rsidR="00E833C5" w:rsidRDefault="00ED6F27">
            <w:pPr>
              <w:spacing w:after="0" w:line="240" w:lineRule="auto"/>
            </w:pPr>
            <w:r>
              <w:rPr>
                <w:sz w:val="16"/>
              </w:rPr>
              <w:t>Notarized written and sworn declaration that the investment will be made within the Freeport Zone, signed by the President or Vice President. If signed by another authorized officer, attach a notarized Board Resolution or authorization. If the signatory is a foreign national, attach a copy of the signatory's valid working or investor's visa.</w:t>
            </w:r>
          </w:p>
        </w:tc>
      </w:tr>
      <w:tr w:rsidR="00E833C5">
        <w:tc>
          <w:tcPr>
            <w:tcW w:w="936"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D6F27">
            <w:pPr>
              <w:spacing w:after="0" w:line="240" w:lineRule="auto"/>
              <w:jc w:val="center"/>
            </w:pPr>
            <w:r>
              <w:rPr>
                <w:color w:val="1F4E78"/>
                <w:sz w:val="24"/>
              </w:rPr>
              <w:t>□</w:t>
            </w:r>
          </w:p>
        </w:tc>
        <w:tc>
          <w:tcPr>
            <w:tcW w:w="720"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D6F27">
            <w:pPr>
              <w:spacing w:after="0" w:line="240" w:lineRule="auto"/>
              <w:jc w:val="center"/>
            </w:pPr>
            <w:r>
              <w:rPr>
                <w:b/>
                <w:color w:val="1F4E78"/>
                <w:sz w:val="16"/>
              </w:rPr>
              <w:t>5</w:t>
            </w:r>
          </w:p>
        </w:tc>
        <w:tc>
          <w:tcPr>
            <w:tcW w:w="8712" w:type="dxa"/>
            <w:tcBorders>
              <w:top w:val="single" w:sz="4" w:space="0" w:color="C8D2DA"/>
              <w:left w:val="single" w:sz="4" w:space="0" w:color="C8D2DA"/>
              <w:bottom w:val="single" w:sz="4" w:space="0" w:color="C8D2DA"/>
              <w:right w:val="single" w:sz="4" w:space="0" w:color="C8D2DA"/>
            </w:tcBorders>
            <w:tcMar>
              <w:top w:w="70" w:type="dxa"/>
              <w:left w:w="100" w:type="dxa"/>
              <w:bottom w:w="70" w:type="dxa"/>
              <w:right w:w="100" w:type="dxa"/>
            </w:tcMar>
            <w:vAlign w:val="center"/>
          </w:tcPr>
          <w:p w:rsidR="00E833C5" w:rsidRDefault="00ED6F27">
            <w:pPr>
              <w:spacing w:after="0" w:line="240" w:lineRule="auto"/>
            </w:pPr>
            <w:r>
              <w:rPr>
                <w:sz w:val="16"/>
              </w:rPr>
              <w:t>Notarized Certification of Allocation, signed by the President, Vice President, or Chairman of the SBF enterprise, confirming that US$250,000.00 or its equivalent in another foreign currency has been allocated to the foreign national assigned to render service to the investor within the Freeport Zone. If signed by another authorized officer, attach a notarized Board Resolution or authorization. If the signatory is a foreign national, attach a copy of the signatory's valid working visa.</w:t>
            </w:r>
          </w:p>
        </w:tc>
      </w:tr>
      <w:tr w:rsidR="00E833C5">
        <w:tc>
          <w:tcPr>
            <w:tcW w:w="936"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D6F27">
            <w:pPr>
              <w:spacing w:after="0" w:line="240" w:lineRule="auto"/>
              <w:jc w:val="center"/>
            </w:pPr>
            <w:r>
              <w:rPr>
                <w:color w:val="1F4E78"/>
                <w:sz w:val="24"/>
              </w:rPr>
              <w:t>□</w:t>
            </w:r>
          </w:p>
        </w:tc>
        <w:tc>
          <w:tcPr>
            <w:tcW w:w="720"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D6F27">
            <w:pPr>
              <w:spacing w:after="0" w:line="240" w:lineRule="auto"/>
              <w:jc w:val="center"/>
            </w:pPr>
            <w:r>
              <w:rPr>
                <w:b/>
                <w:color w:val="1F4E78"/>
                <w:sz w:val="16"/>
              </w:rPr>
              <w:t>6</w:t>
            </w:r>
          </w:p>
        </w:tc>
        <w:tc>
          <w:tcPr>
            <w:tcW w:w="8712" w:type="dxa"/>
            <w:tcBorders>
              <w:top w:val="single" w:sz="4" w:space="0" w:color="C8D2DA"/>
              <w:left w:val="single" w:sz="4" w:space="0" w:color="C8D2DA"/>
              <w:bottom w:val="single" w:sz="4" w:space="0" w:color="C8D2DA"/>
              <w:right w:val="single" w:sz="4" w:space="0" w:color="C8D2DA"/>
            </w:tcBorders>
            <w:shd w:val="clear" w:color="auto" w:fill="FAFBFC"/>
            <w:tcMar>
              <w:top w:w="70" w:type="dxa"/>
              <w:left w:w="100" w:type="dxa"/>
              <w:bottom w:w="70" w:type="dxa"/>
              <w:right w:w="100" w:type="dxa"/>
            </w:tcMar>
            <w:vAlign w:val="center"/>
          </w:tcPr>
          <w:p w:rsidR="00E833C5" w:rsidRDefault="00ED6F27">
            <w:pPr>
              <w:spacing w:after="0" w:line="240" w:lineRule="auto"/>
            </w:pPr>
            <w:r>
              <w:rPr>
                <w:sz w:val="16"/>
              </w:rPr>
              <w:t>Original or photocopy of the Alien Employment Permit (AEP) or Certificate of Exclusion issued by the Department of Labor and Employment (DOLE).</w:t>
            </w:r>
          </w:p>
        </w:tc>
      </w:tr>
      <w:tr w:rsidR="00E833C5">
        <w:tc>
          <w:tcPr>
            <w:tcW w:w="936"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D6F27">
            <w:pPr>
              <w:spacing w:after="0" w:line="240" w:lineRule="auto"/>
              <w:jc w:val="center"/>
            </w:pPr>
            <w:r>
              <w:rPr>
                <w:color w:val="1F4E78"/>
                <w:sz w:val="24"/>
              </w:rPr>
              <w:t>□</w:t>
            </w:r>
          </w:p>
        </w:tc>
        <w:tc>
          <w:tcPr>
            <w:tcW w:w="720"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D6F27">
            <w:pPr>
              <w:spacing w:after="0" w:line="240" w:lineRule="auto"/>
              <w:jc w:val="center"/>
            </w:pPr>
            <w:r>
              <w:rPr>
                <w:b/>
                <w:color w:val="1F4E78"/>
                <w:sz w:val="16"/>
              </w:rPr>
              <w:t>7</w:t>
            </w:r>
          </w:p>
        </w:tc>
        <w:tc>
          <w:tcPr>
            <w:tcW w:w="8712" w:type="dxa"/>
            <w:tcBorders>
              <w:top w:val="single" w:sz="4" w:space="0" w:color="C8D2DA"/>
              <w:left w:val="single" w:sz="4" w:space="0" w:color="C8D2DA"/>
              <w:bottom w:val="single" w:sz="4" w:space="0" w:color="C8D2DA"/>
              <w:right w:val="single" w:sz="4" w:space="0" w:color="C8D2DA"/>
            </w:tcBorders>
            <w:tcMar>
              <w:top w:w="70" w:type="dxa"/>
              <w:left w:w="100" w:type="dxa"/>
              <w:bottom w:w="70" w:type="dxa"/>
              <w:right w:w="100" w:type="dxa"/>
            </w:tcMar>
            <w:vAlign w:val="center"/>
          </w:tcPr>
          <w:p w:rsidR="00E833C5" w:rsidRDefault="00ED6F27">
            <w:pPr>
              <w:spacing w:after="0" w:line="240" w:lineRule="auto"/>
            </w:pPr>
            <w:r>
              <w:rPr>
                <w:sz w:val="16"/>
              </w:rPr>
              <w:t>Certified true copy of the valid SBF Certificate of Registrat</w:t>
            </w:r>
            <w:r w:rsidR="00500257">
              <w:rPr>
                <w:sz w:val="16"/>
              </w:rPr>
              <w:t xml:space="preserve">ion and Tax Exemption (CRTE), </w:t>
            </w:r>
            <w:r>
              <w:rPr>
                <w:sz w:val="16"/>
              </w:rPr>
              <w:t>C</w:t>
            </w:r>
            <w:r w:rsidR="00500257">
              <w:rPr>
                <w:sz w:val="16"/>
              </w:rPr>
              <w:t>ertificate of Registration (CR) or Registration Certificate (RC)</w:t>
            </w:r>
          </w:p>
        </w:tc>
      </w:tr>
      <w:tr w:rsidR="00E833C5">
        <w:tc>
          <w:tcPr>
            <w:tcW w:w="936"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D6F27">
            <w:pPr>
              <w:spacing w:after="0" w:line="240" w:lineRule="auto"/>
              <w:jc w:val="center"/>
            </w:pPr>
            <w:r>
              <w:rPr>
                <w:color w:val="1F4E78"/>
                <w:sz w:val="24"/>
              </w:rPr>
              <w:t>□</w:t>
            </w:r>
          </w:p>
        </w:tc>
        <w:tc>
          <w:tcPr>
            <w:tcW w:w="720" w:type="dxa"/>
            <w:tcBorders>
              <w:top w:val="single" w:sz="4" w:space="0" w:color="C8D2DA"/>
              <w:left w:val="single" w:sz="4" w:space="0" w:color="C8D2DA"/>
              <w:bottom w:val="single" w:sz="4" w:space="0" w:color="C8D2DA"/>
              <w:right w:val="single" w:sz="4" w:space="0" w:color="C8D2DA"/>
            </w:tcBorders>
            <w:shd w:val="clear" w:color="auto" w:fill="FAFBFC"/>
            <w:tcMar>
              <w:top w:w="80" w:type="dxa"/>
              <w:left w:w="100" w:type="dxa"/>
              <w:bottom w:w="80" w:type="dxa"/>
              <w:right w:w="100" w:type="dxa"/>
            </w:tcMar>
            <w:vAlign w:val="center"/>
          </w:tcPr>
          <w:p w:rsidR="00E833C5" w:rsidRDefault="00ED6F27">
            <w:pPr>
              <w:spacing w:after="0" w:line="240" w:lineRule="auto"/>
              <w:jc w:val="center"/>
            </w:pPr>
            <w:r>
              <w:rPr>
                <w:b/>
                <w:color w:val="1F4E78"/>
                <w:sz w:val="16"/>
              </w:rPr>
              <w:t>8</w:t>
            </w:r>
          </w:p>
        </w:tc>
        <w:tc>
          <w:tcPr>
            <w:tcW w:w="8712" w:type="dxa"/>
            <w:tcBorders>
              <w:top w:val="single" w:sz="4" w:space="0" w:color="C8D2DA"/>
              <w:left w:val="single" w:sz="4" w:space="0" w:color="C8D2DA"/>
              <w:bottom w:val="single" w:sz="4" w:space="0" w:color="C8D2DA"/>
              <w:right w:val="single" w:sz="4" w:space="0" w:color="C8D2DA"/>
            </w:tcBorders>
            <w:shd w:val="clear" w:color="auto" w:fill="FAFBFC"/>
            <w:tcMar>
              <w:top w:w="70" w:type="dxa"/>
              <w:left w:w="100" w:type="dxa"/>
              <w:bottom w:w="70" w:type="dxa"/>
              <w:right w:w="100" w:type="dxa"/>
            </w:tcMar>
            <w:vAlign w:val="center"/>
          </w:tcPr>
          <w:p w:rsidR="00E833C5" w:rsidRDefault="00ED6F27">
            <w:pPr>
              <w:spacing w:after="0" w:line="240" w:lineRule="auto"/>
            </w:pPr>
            <w:r>
              <w:rPr>
                <w:sz w:val="16"/>
              </w:rPr>
              <w:t>Original or photocopy of medical results/clearance (Hepatitis, HIV, and X-ray) and psychological clearance, or a medical and psychological certification issued by the doctor.</w:t>
            </w:r>
          </w:p>
        </w:tc>
      </w:tr>
    </w:tbl>
    <w:p w:rsidR="00E833C5" w:rsidRDefault="00ED6F27">
      <w:pPr>
        <w:keepNext/>
        <w:spacing w:before="100" w:after="40" w:line="240" w:lineRule="auto"/>
      </w:pPr>
      <w:r>
        <w:rPr>
          <w:b/>
          <w:color w:val="17365D"/>
          <w:sz w:val="17"/>
        </w:rPr>
        <w:t>APPLICABLE VPAD FEE</w:t>
      </w:r>
    </w:p>
    <w:tbl>
      <w:tblPr>
        <w:tblW w:w="10368" w:type="dxa"/>
        <w:tblLayout w:type="fixed"/>
        <w:tblLook w:val="04A0" w:firstRow="1" w:lastRow="0" w:firstColumn="1" w:lastColumn="0" w:noHBand="0" w:noVBand="1"/>
      </w:tblPr>
      <w:tblGrid>
        <w:gridCol w:w="7992"/>
        <w:gridCol w:w="2376"/>
      </w:tblGrid>
      <w:tr w:rsidR="00E833C5">
        <w:trPr>
          <w:tblHeader/>
        </w:trPr>
        <w:tc>
          <w:tcPr>
            <w:tcW w:w="7992" w:type="dxa"/>
            <w:shd w:val="clear" w:color="auto" w:fill="1F4E78"/>
            <w:tcMar>
              <w:top w:w="80" w:type="dxa"/>
              <w:left w:w="100" w:type="dxa"/>
              <w:bottom w:w="80" w:type="dxa"/>
              <w:right w:w="100" w:type="dxa"/>
            </w:tcMar>
            <w:vAlign w:val="center"/>
          </w:tcPr>
          <w:p w:rsidR="00E833C5" w:rsidRDefault="00ED6F27">
            <w:pPr>
              <w:spacing w:after="0" w:line="240" w:lineRule="auto"/>
              <w:jc w:val="center"/>
            </w:pPr>
            <w:r>
              <w:rPr>
                <w:b/>
                <w:color w:val="FFFFFF"/>
                <w:sz w:val="15"/>
              </w:rPr>
              <w:t>TRANSACTION</w:t>
            </w:r>
          </w:p>
        </w:tc>
        <w:tc>
          <w:tcPr>
            <w:tcW w:w="2376" w:type="dxa"/>
            <w:shd w:val="clear" w:color="auto" w:fill="1F4E78"/>
            <w:tcMar>
              <w:top w:w="80" w:type="dxa"/>
              <w:left w:w="100" w:type="dxa"/>
              <w:bottom w:w="80" w:type="dxa"/>
              <w:right w:w="100" w:type="dxa"/>
            </w:tcMar>
            <w:vAlign w:val="center"/>
          </w:tcPr>
          <w:p w:rsidR="00E833C5" w:rsidRDefault="00ED6F27">
            <w:pPr>
              <w:spacing w:after="0" w:line="240" w:lineRule="auto"/>
              <w:jc w:val="center"/>
            </w:pPr>
            <w:r>
              <w:rPr>
                <w:b/>
                <w:color w:val="FFFFFF"/>
                <w:sz w:val="15"/>
              </w:rPr>
              <w:t>FEE</w:t>
            </w:r>
          </w:p>
        </w:tc>
      </w:tr>
      <w:tr w:rsidR="00E833C5">
        <w:tc>
          <w:tcPr>
            <w:tcW w:w="7992"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D6F27">
            <w:pPr>
              <w:spacing w:after="0" w:line="240" w:lineRule="auto"/>
            </w:pPr>
            <w:r>
              <w:rPr>
                <w:sz w:val="16"/>
              </w:rPr>
              <w:t>Visa endorsement</w:t>
            </w:r>
          </w:p>
        </w:tc>
        <w:tc>
          <w:tcPr>
            <w:tcW w:w="2376" w:type="dxa"/>
            <w:tcBorders>
              <w:top w:val="single" w:sz="4" w:space="0" w:color="C8D2DA"/>
              <w:left w:val="single" w:sz="4" w:space="0" w:color="C8D2DA"/>
              <w:bottom w:val="single" w:sz="4" w:space="0" w:color="C8D2DA"/>
              <w:right w:val="single" w:sz="4" w:space="0" w:color="C8D2DA"/>
            </w:tcBorders>
            <w:tcMar>
              <w:top w:w="80" w:type="dxa"/>
              <w:left w:w="100" w:type="dxa"/>
              <w:bottom w:w="80" w:type="dxa"/>
              <w:right w:w="100" w:type="dxa"/>
            </w:tcMar>
            <w:vAlign w:val="center"/>
          </w:tcPr>
          <w:p w:rsidR="00E833C5" w:rsidRDefault="00ED6F27">
            <w:pPr>
              <w:spacing w:after="0" w:line="240" w:lineRule="auto"/>
              <w:jc w:val="center"/>
            </w:pPr>
            <w:r>
              <w:rPr>
                <w:b/>
                <w:color w:val="1F4E78"/>
                <w:sz w:val="16"/>
              </w:rPr>
              <w:t>USD 50.00</w:t>
            </w:r>
          </w:p>
        </w:tc>
      </w:tr>
    </w:tbl>
    <w:p w:rsidR="00E833C5" w:rsidRDefault="00ED6F27">
      <w:pPr>
        <w:keepNext/>
        <w:spacing w:before="100" w:after="40" w:line="240" w:lineRule="auto"/>
      </w:pPr>
      <w:r>
        <w:rPr>
          <w:b/>
          <w:color w:val="17365D"/>
          <w:sz w:val="17"/>
        </w:rPr>
        <w:t>IMPORTANT NOTES</w:t>
      </w:r>
      <w:bookmarkStart w:id="0" w:name="_GoBack"/>
      <w:bookmarkEnd w:id="0"/>
    </w:p>
    <w:tbl>
      <w:tblPr>
        <w:tblW w:w="10368" w:type="dxa"/>
        <w:tblLayout w:type="fixed"/>
        <w:tblLook w:val="04A0" w:firstRow="1" w:lastRow="0" w:firstColumn="1" w:lastColumn="0" w:noHBand="0" w:noVBand="1"/>
      </w:tblPr>
      <w:tblGrid>
        <w:gridCol w:w="10368"/>
      </w:tblGrid>
      <w:tr w:rsidR="00E833C5">
        <w:tc>
          <w:tcPr>
            <w:tcW w:w="10368" w:type="dxa"/>
            <w:tcBorders>
              <w:top w:val="single" w:sz="4" w:space="0" w:color="C8D2DA"/>
              <w:left w:val="single" w:sz="4" w:space="0" w:color="C8D2DA"/>
              <w:bottom w:val="single" w:sz="4" w:space="0" w:color="C8D2DA"/>
              <w:right w:val="single" w:sz="4" w:space="0" w:color="C8D2DA"/>
            </w:tcBorders>
            <w:shd w:val="clear" w:color="auto" w:fill="EEF4F8"/>
            <w:tcMar>
              <w:top w:w="90" w:type="dxa"/>
              <w:left w:w="130" w:type="dxa"/>
              <w:bottom w:w="90" w:type="dxa"/>
              <w:right w:w="130" w:type="dxa"/>
            </w:tcMar>
          </w:tcPr>
          <w:p w:rsidR="00E833C5" w:rsidRDefault="00ED6F27">
            <w:pPr>
              <w:spacing w:after="40" w:line="252" w:lineRule="auto"/>
            </w:pPr>
            <w:r>
              <w:rPr>
                <w:b/>
                <w:color w:val="1F4E78"/>
                <w:sz w:val="15"/>
              </w:rPr>
              <w:t xml:space="preserve">1. </w:t>
            </w:r>
            <w:r>
              <w:rPr>
                <w:sz w:val="15"/>
              </w:rPr>
              <w:t>Additional requirements or supporting documents may be required during evaluation.</w:t>
            </w:r>
          </w:p>
          <w:p w:rsidR="00E833C5" w:rsidRDefault="00ED6F27">
            <w:pPr>
              <w:spacing w:after="40" w:line="252" w:lineRule="auto"/>
            </w:pPr>
            <w:r>
              <w:rPr>
                <w:b/>
                <w:color w:val="1F4E78"/>
                <w:sz w:val="15"/>
              </w:rPr>
              <w:t xml:space="preserve">2. </w:t>
            </w:r>
            <w:r>
              <w:rPr>
                <w:sz w:val="15"/>
              </w:rPr>
              <w:t>Arrange the documents in the order listed above and submit them in a long folder with fastener. Incomplete or improperly arranged submissions may not be accepted.</w:t>
            </w:r>
          </w:p>
          <w:p w:rsidR="00E833C5" w:rsidRDefault="00ED6F27">
            <w:pPr>
              <w:spacing w:after="40" w:line="252" w:lineRule="auto"/>
            </w:pPr>
            <w:r>
              <w:rPr>
                <w:b/>
                <w:color w:val="1F4E78"/>
                <w:sz w:val="15"/>
              </w:rPr>
              <w:t xml:space="preserve">3. </w:t>
            </w:r>
            <w:r>
              <w:rPr>
                <w:sz w:val="15"/>
              </w:rPr>
              <w:t>For Bureau of Immigration implementation fees and requirements, coordinate with the BI personnel assigned at the same office.</w:t>
            </w:r>
          </w:p>
        </w:tc>
      </w:tr>
    </w:tbl>
    <w:p w:rsidR="00ED6F27" w:rsidRDefault="00ED6F27"/>
    <w:sectPr w:rsidR="00ED6F27" w:rsidSect="00034616">
      <w:headerReference w:type="default" r:id="rId8"/>
      <w:footerReference w:type="default" r:id="rId9"/>
      <w:pgSz w:w="11906" w:h="16838"/>
      <w:pgMar w:top="709" w:right="765" w:bottom="709" w:left="765" w:header="255" w:footer="25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B5A" w:rsidRDefault="00F53B5A">
      <w:pPr>
        <w:spacing w:after="0" w:line="240" w:lineRule="auto"/>
      </w:pPr>
      <w:r>
        <w:separator/>
      </w:r>
    </w:p>
  </w:endnote>
  <w:endnote w:type="continuationSeparator" w:id="0">
    <w:p w:rsidR="00F53B5A" w:rsidRDefault="00F53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3C5" w:rsidRDefault="00E833C5">
    <w:pPr>
      <w:pStyle w:val="Footer"/>
    </w:pPr>
  </w:p>
  <w:tbl>
    <w:tblPr>
      <w:tblW w:w="10368" w:type="dxa"/>
      <w:jc w:val="center"/>
      <w:tblLayout w:type="fixed"/>
      <w:tblLook w:val="04A0" w:firstRow="1" w:lastRow="0" w:firstColumn="1" w:lastColumn="0" w:noHBand="0" w:noVBand="1"/>
    </w:tblPr>
    <w:tblGrid>
      <w:gridCol w:w="7848"/>
      <w:gridCol w:w="2520"/>
    </w:tblGrid>
    <w:tr w:rsidR="00E833C5">
      <w:trPr>
        <w:jc w:val="center"/>
      </w:trPr>
      <w:tc>
        <w:tcPr>
          <w:tcW w:w="7848" w:type="dxa"/>
          <w:tcBorders>
            <w:top w:val="single" w:sz="4" w:space="0" w:color="B7C9D6"/>
          </w:tcBorders>
          <w:tcMar>
            <w:top w:w="80" w:type="dxa"/>
            <w:left w:w="100" w:type="dxa"/>
            <w:bottom w:w="80" w:type="dxa"/>
            <w:right w:w="100" w:type="dxa"/>
          </w:tcMar>
          <w:vAlign w:val="center"/>
        </w:tcPr>
        <w:p w:rsidR="00E833C5" w:rsidRDefault="00ED6F27">
          <w:pPr>
            <w:spacing w:after="0" w:line="240" w:lineRule="auto"/>
          </w:pPr>
          <w:r>
            <w:rPr>
              <w:color w:val="7F8C99"/>
              <w:sz w:val="14"/>
            </w:rPr>
            <w:t>VPA-VISA-Form-02 | Revision 00 | Effectivity Date: 2026-07-01</w:t>
          </w:r>
        </w:p>
      </w:tc>
      <w:tc>
        <w:tcPr>
          <w:tcW w:w="2520" w:type="dxa"/>
          <w:tcBorders>
            <w:top w:val="single" w:sz="4" w:space="0" w:color="B7C9D6"/>
          </w:tcBorders>
        </w:tcPr>
        <w:p w:rsidR="00E833C5" w:rsidRDefault="00ED6F27">
          <w:pPr>
            <w:jc w:val="right"/>
          </w:pPr>
          <w:r>
            <w:rPr>
              <w:color w:val="7F8C99"/>
              <w:sz w:val="16"/>
            </w:rPr>
            <w:t xml:space="preserve">Page </w:t>
          </w:r>
          <w:r>
            <w:rPr>
              <w:color w:val="7F8C99"/>
              <w:sz w:val="16"/>
            </w:rPr>
            <w:fldChar w:fldCharType="begin"/>
          </w:r>
          <w:r>
            <w:rPr>
              <w:color w:val="7F8C99"/>
              <w:sz w:val="16"/>
            </w:rPr>
            <w:instrText>PAGE</w:instrText>
          </w:r>
          <w:r>
            <w:rPr>
              <w:color w:val="7F8C99"/>
              <w:sz w:val="16"/>
            </w:rPr>
            <w:fldChar w:fldCharType="separate"/>
          </w:r>
          <w:r w:rsidR="00DA3A93">
            <w:rPr>
              <w:noProof/>
              <w:color w:val="7F8C99"/>
              <w:sz w:val="16"/>
            </w:rPr>
            <w:t>1</w:t>
          </w:r>
          <w:r>
            <w:rPr>
              <w:color w:val="7F8C99"/>
              <w:sz w:val="16"/>
            </w:rPr>
            <w:fldChar w:fldCharType="end"/>
          </w:r>
          <w:r>
            <w:rPr>
              <w:color w:val="7F8C99"/>
              <w:sz w:val="16"/>
            </w:rPr>
            <w:t xml:space="preserve"> of </w:t>
          </w:r>
          <w:r>
            <w:rPr>
              <w:color w:val="7F8C99"/>
              <w:sz w:val="16"/>
            </w:rPr>
            <w:fldChar w:fldCharType="begin"/>
          </w:r>
          <w:r>
            <w:rPr>
              <w:color w:val="7F8C99"/>
              <w:sz w:val="16"/>
            </w:rPr>
            <w:instrText>NUMPAGES</w:instrText>
          </w:r>
          <w:r>
            <w:rPr>
              <w:color w:val="7F8C99"/>
              <w:sz w:val="16"/>
            </w:rPr>
            <w:fldChar w:fldCharType="separate"/>
          </w:r>
          <w:r w:rsidR="00DA3A93">
            <w:rPr>
              <w:noProof/>
              <w:color w:val="7F8C99"/>
              <w:sz w:val="16"/>
            </w:rPr>
            <w:t>2</w:t>
          </w:r>
          <w:r>
            <w:rPr>
              <w:color w:val="7F8C99"/>
              <w:sz w:val="16"/>
            </w:rP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B5A" w:rsidRDefault="00F53B5A">
      <w:pPr>
        <w:spacing w:after="0" w:line="240" w:lineRule="auto"/>
      </w:pPr>
      <w:r>
        <w:separator/>
      </w:r>
    </w:p>
  </w:footnote>
  <w:footnote w:type="continuationSeparator" w:id="0">
    <w:p w:rsidR="00F53B5A" w:rsidRDefault="00F53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68" w:type="dxa"/>
      <w:jc w:val="center"/>
      <w:tblLayout w:type="fixed"/>
      <w:tblLook w:val="04A0" w:firstRow="1" w:lastRow="0" w:firstColumn="1" w:lastColumn="0" w:noHBand="0" w:noVBand="1"/>
    </w:tblPr>
    <w:tblGrid>
      <w:gridCol w:w="1080"/>
      <w:gridCol w:w="7517"/>
      <w:gridCol w:w="1771"/>
    </w:tblGrid>
    <w:tr w:rsidR="00E833C5">
      <w:trPr>
        <w:jc w:val="center"/>
      </w:trPr>
      <w:tc>
        <w:tcPr>
          <w:tcW w:w="1080" w:type="dxa"/>
          <w:tcBorders>
            <w:bottom w:val="single" w:sz="8" w:space="0" w:color="17365D"/>
          </w:tcBorders>
          <w:tcMar>
            <w:top w:w="0" w:type="dxa"/>
            <w:left w:w="0" w:type="dxa"/>
            <w:bottom w:w="0" w:type="dxa"/>
            <w:right w:w="80" w:type="dxa"/>
          </w:tcMar>
        </w:tcPr>
        <w:p w:rsidR="00E833C5" w:rsidRDefault="00ED6F27">
          <w:pPr>
            <w:jc w:val="center"/>
          </w:pPr>
          <w:r>
            <w:rPr>
              <w:noProof/>
              <w:lang w:val="en-PH" w:eastAsia="en-PH"/>
            </w:rPr>
            <w:drawing>
              <wp:inline distT="0" distB="0" distL="0" distR="0">
                <wp:extent cx="486000" cy="544981"/>
                <wp:effectExtent l="0" t="0" r="0" b="0"/>
                <wp:docPr id="1" name="SBMA Logo" descr="Subic Bay Metropolitan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486000" cy="544981"/>
                        </a:xfrm>
                        <a:prstGeom prst="rect">
                          <a:avLst/>
                        </a:prstGeom>
                      </pic:spPr>
                    </pic:pic>
                  </a:graphicData>
                </a:graphic>
              </wp:inline>
            </w:drawing>
          </w:r>
        </w:p>
      </w:tc>
      <w:tc>
        <w:tcPr>
          <w:tcW w:w="7517" w:type="dxa"/>
          <w:tcBorders>
            <w:bottom w:val="single" w:sz="8" w:space="0" w:color="17365D"/>
          </w:tcBorders>
        </w:tcPr>
        <w:p w:rsidR="00E833C5" w:rsidRDefault="00ED6F27">
          <w:pPr>
            <w:spacing w:after="0" w:line="240" w:lineRule="auto"/>
            <w:jc w:val="center"/>
          </w:pPr>
          <w:r>
            <w:rPr>
              <w:b/>
              <w:color w:val="17365D"/>
            </w:rPr>
            <w:t>SUBIC BAY METROPOLITAN AUTHORITY</w:t>
          </w:r>
        </w:p>
        <w:p w:rsidR="00E833C5" w:rsidRDefault="00ED6F27">
          <w:pPr>
            <w:spacing w:after="0" w:line="240" w:lineRule="auto"/>
            <w:jc w:val="center"/>
          </w:pPr>
          <w:r>
            <w:rPr>
              <w:b/>
              <w:sz w:val="16"/>
            </w:rPr>
            <w:t>Visa Processing and Accreditation Department</w:t>
          </w:r>
        </w:p>
        <w:p w:rsidR="00E833C5" w:rsidRPr="00DA3A93" w:rsidRDefault="00ED6F27" w:rsidP="00DA3A93">
          <w:pPr>
            <w:spacing w:after="0" w:line="240" w:lineRule="auto"/>
            <w:jc w:val="center"/>
            <w:rPr>
              <w:b/>
              <w:color w:val="7F8C99"/>
              <w:sz w:val="14"/>
            </w:rPr>
          </w:pPr>
          <w:r w:rsidRPr="00DA3A93">
            <w:rPr>
              <w:b/>
              <w:color w:val="7F8C99"/>
              <w:sz w:val="14"/>
            </w:rPr>
            <w:t>Regulatory Affairs | (047) 252-4257</w:t>
          </w:r>
        </w:p>
        <w:p w:rsidR="00DA3A93" w:rsidRDefault="00DA3A93" w:rsidP="00DA3A93">
          <w:pPr>
            <w:spacing w:after="0" w:line="240" w:lineRule="auto"/>
            <w:jc w:val="center"/>
          </w:pPr>
          <w:r w:rsidRPr="00DA3A93">
            <w:rPr>
              <w:b/>
              <w:color w:val="7F8C99"/>
              <w:sz w:val="14"/>
            </w:rPr>
            <w:t>Email: visaprocessing@sbma.com</w:t>
          </w:r>
        </w:p>
      </w:tc>
      <w:tc>
        <w:tcPr>
          <w:tcW w:w="1771" w:type="dxa"/>
          <w:tcBorders>
            <w:bottom w:val="single" w:sz="8" w:space="0" w:color="17365D"/>
          </w:tcBorders>
        </w:tcPr>
        <w:p w:rsidR="00E833C5" w:rsidRDefault="00ED6F27">
          <w:pPr>
            <w:spacing w:after="0" w:line="240" w:lineRule="auto"/>
          </w:pPr>
          <w:r>
            <w:rPr>
              <w:b/>
              <w:color w:val="17365D"/>
              <w:sz w:val="14"/>
            </w:rPr>
            <w:t>VPA-VISA-Form-02</w:t>
          </w:r>
          <w:r>
            <w:rPr>
              <w:b/>
              <w:color w:val="17365D"/>
              <w:sz w:val="14"/>
            </w:rPr>
            <w:br/>
          </w:r>
          <w:r>
            <w:rPr>
              <w:sz w:val="14"/>
            </w:rPr>
            <w:t>Revision No.: 00</w:t>
          </w:r>
          <w:r>
            <w:rPr>
              <w:sz w:val="14"/>
            </w:rPr>
            <w:br/>
            <w:t>Effectivity: 2026-07-01</w:t>
          </w:r>
        </w:p>
      </w:tc>
    </w:tr>
  </w:tbl>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500257"/>
    <w:rsid w:val="00605372"/>
    <w:rsid w:val="00AA1D8D"/>
    <w:rsid w:val="00B47730"/>
    <w:rsid w:val="00CB0664"/>
    <w:rsid w:val="00DA3A93"/>
    <w:rsid w:val="00E833C5"/>
    <w:rsid w:val="00ED0A61"/>
    <w:rsid w:val="00ED6F27"/>
    <w:rsid w:val="00F53B5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61B1FF"/>
  <w14:defaultImageDpi w14:val="300"/>
  <w15:docId w15:val="{B7B8017F-C008-4D3D-BF05-95D58090E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60" w:line="259" w:lineRule="auto"/>
    </w:pPr>
    <w:rPr>
      <w:rFonts w:ascii="Arial" w:hAnsi="Arial"/>
      <w:color w:val="1F1F1F"/>
      <w:sz w:val="18"/>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7365D"/>
      <w:sz w:val="22"/>
      <w:szCs w:val="28"/>
    </w:rPr>
  </w:style>
  <w:style w:type="paragraph" w:styleId="Heading2">
    <w:name w:val="heading 2"/>
    <w:basedOn w:val="Normal"/>
    <w:next w:val="Normal"/>
    <w:link w:val="Heading2Char"/>
    <w:uiPriority w:val="9"/>
    <w:unhideWhenUsed/>
    <w:qFormat/>
    <w:rsid w:val="00FC693F"/>
    <w:pPr>
      <w:keepNext/>
      <w:keepLines/>
      <w:spacing w:before="120"/>
      <w:outlineLvl w:val="1"/>
    </w:pPr>
    <w:rPr>
      <w:rFonts w:asciiTheme="majorHAnsi" w:eastAsiaTheme="majorEastAsia" w:hAnsiTheme="majorHAnsi" w:cstheme="majorBidi"/>
      <w:b/>
      <w:bCs/>
      <w:color w:val="1F4E78"/>
      <w:sz w:val="19"/>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b/>
      <w:bCs/>
      <w:color w:val="1F4E7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contextualSpacing/>
    </w:pPr>
    <w:rPr>
      <w:rFonts w:asciiTheme="majorHAnsi" w:eastAsiaTheme="majorEastAsia" w:hAnsiTheme="majorHAnsi" w:cstheme="majorBidi"/>
      <w:b/>
      <w:color w:val="17365D"/>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BB5CE-00D1-4D21-9B22-4D8C7067B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Request / Application For Special Subic-Clark Investor'S Visa (Ssciv)</vt:lpstr>
    </vt:vector>
  </TitlesOfParts>
  <Manager/>
  <Company/>
  <LinksUpToDate>false</LinksUpToDate>
  <CharactersWithSpaces>3926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 Application For Special Subic-Clark Investor'S Visa (Ssciv)</dc:title>
  <dc:subject>Official VPAD visa application form and documentary checklist</dc:subject>
  <dc:creator>Visa Processing and Accreditation Department, SBMA</dc:creator>
  <cp:keywords>SBMA, VPAD, visa application, documentary requirements</cp:keywords>
  <dc:description>generated by python-docx</dc:description>
  <cp:lastModifiedBy>Levi N. Quindara</cp:lastModifiedBy>
  <cp:revision>4</cp:revision>
  <dcterms:created xsi:type="dcterms:W3CDTF">2026-08-04T01:03:00Z</dcterms:created>
  <dcterms:modified xsi:type="dcterms:W3CDTF">2026-08-05T03:01:00Z</dcterms:modified>
  <cp:category/>
</cp:coreProperties>
</file>