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68" w:type="dxa"/>
        <w:tblLayout w:type="fixed"/>
        <w:tblLook w:val="04A0" w:firstRow="1" w:lastRow="0" w:firstColumn="1" w:lastColumn="0" w:noHBand="0" w:noVBand="1"/>
      </w:tblPr>
      <w:tblGrid>
        <w:gridCol w:w="1944"/>
        <w:gridCol w:w="8424"/>
      </w:tblGrid>
      <w:tr w:rsidR="009642DA">
        <w:trPr>
          <w:trHeight w:val="1956"/>
        </w:trPr>
        <w:tc>
          <w:tcPr>
            <w:tcW w:w="1944" w:type="dxa"/>
            <w:tcBorders>
              <w:top w:val="single" w:sz="8" w:space="0" w:color="7F8C99"/>
              <w:left w:val="single" w:sz="8" w:space="0" w:color="7F8C99"/>
              <w:bottom w:val="single" w:sz="8" w:space="0" w:color="7F8C99"/>
              <w:right w:val="single" w:sz="8" w:space="0" w:color="7F8C99"/>
            </w:tcBorders>
            <w:shd w:val="clear" w:color="auto" w:fill="F2F4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9642DA" w:rsidRDefault="005B6B03">
            <w:pPr>
              <w:spacing w:after="0" w:line="240" w:lineRule="auto"/>
              <w:jc w:val="center"/>
            </w:pPr>
            <w:r>
              <w:rPr>
                <w:b/>
                <w:color w:val="7F8C99"/>
                <w:sz w:val="16"/>
              </w:rPr>
              <w:t>2 x 2 PHOTO</w:t>
            </w:r>
            <w:r>
              <w:rPr>
                <w:b/>
                <w:color w:val="7F8C99"/>
                <w:sz w:val="16"/>
              </w:rPr>
              <w:br/>
              <w:t>Taken within the last 6 months</w:t>
            </w:r>
            <w:r>
              <w:rPr>
                <w:b/>
                <w:color w:val="7F8C99"/>
                <w:sz w:val="16"/>
              </w:rPr>
              <w:br/>
              <w:t>Proper attire</w:t>
            </w:r>
            <w:bookmarkStart w:id="0" w:name="_GoBack"/>
            <w:bookmarkEnd w:id="0"/>
          </w:p>
        </w:tc>
        <w:tc>
          <w:tcPr>
            <w:tcW w:w="8424" w:type="dxa"/>
            <w:tcBorders>
              <w:bottom w:val="single" w:sz="8" w:space="0" w:color="17365D"/>
            </w:tcBorders>
            <w:tcMar>
              <w:top w:w="140" w:type="dxa"/>
              <w:left w:w="200" w:type="dxa"/>
              <w:bottom w:w="100" w:type="dxa"/>
              <w:right w:w="120" w:type="dxa"/>
            </w:tcMar>
            <w:vAlign w:val="center"/>
          </w:tcPr>
          <w:p w:rsidR="009642DA" w:rsidRDefault="005B6B03">
            <w:pPr>
              <w:spacing w:after="0" w:line="240" w:lineRule="auto"/>
              <w:jc w:val="center"/>
            </w:pPr>
            <w:r>
              <w:rPr>
                <w:b/>
                <w:color w:val="17365D"/>
                <w:sz w:val="27"/>
              </w:rPr>
              <w:t>APPLICATION FOR VISA EXEMPT CERTIFICATE</w:t>
            </w:r>
          </w:p>
        </w:tc>
      </w:tr>
    </w:tbl>
    <w:p w:rsidR="009642DA" w:rsidRDefault="009642DA">
      <w:pPr>
        <w:spacing w:after="0" w:line="240" w:lineRule="auto"/>
      </w:pPr>
    </w:p>
    <w:tbl>
      <w:tblPr>
        <w:tblW w:w="10368" w:type="dxa"/>
        <w:tblLayout w:type="fixed"/>
        <w:tblLook w:val="04A0" w:firstRow="1" w:lastRow="0" w:firstColumn="1" w:lastColumn="0" w:noHBand="0" w:noVBand="1"/>
      </w:tblPr>
      <w:tblGrid>
        <w:gridCol w:w="1582"/>
        <w:gridCol w:w="863"/>
        <w:gridCol w:w="144"/>
        <w:gridCol w:w="575"/>
        <w:gridCol w:w="1439"/>
        <w:gridCol w:w="288"/>
        <w:gridCol w:w="216"/>
        <w:gridCol w:w="72"/>
        <w:gridCol w:w="575"/>
        <w:gridCol w:w="1151"/>
        <w:gridCol w:w="144"/>
        <w:gridCol w:w="719"/>
        <w:gridCol w:w="288"/>
        <w:gridCol w:w="2302"/>
        <w:gridCol w:w="10"/>
      </w:tblGrid>
      <w:tr w:rsidR="009642DA">
        <w:trPr>
          <w:gridAfter w:val="1"/>
          <w:wAfter w:w="10" w:type="dxa"/>
        </w:trPr>
        <w:tc>
          <w:tcPr>
            <w:tcW w:w="10368" w:type="dxa"/>
            <w:gridSpan w:val="14"/>
            <w:tcBorders>
              <w:bottom w:val="single" w:sz="6" w:space="0" w:color="1F4E78"/>
            </w:tcBorders>
            <w:shd w:val="clear" w:color="auto" w:fill="DDEBF7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9642DA" w:rsidRDefault="005B6B03">
            <w:pPr>
              <w:spacing w:after="0" w:line="240" w:lineRule="auto"/>
            </w:pPr>
            <w:r>
              <w:rPr>
                <w:b/>
                <w:color w:val="17365D"/>
              </w:rPr>
              <w:t>APPLICANT INFORMATION</w:t>
            </w:r>
          </w:p>
        </w:tc>
      </w:tr>
      <w:tr w:rsidR="009642DA">
        <w:tblPrEx>
          <w:jc w:val="center"/>
        </w:tblPrEx>
        <w:trPr>
          <w:jc w:val="center"/>
        </w:trPr>
        <w:tc>
          <w:tcPr>
            <w:tcW w:w="2448" w:type="dxa"/>
            <w:gridSpan w:val="2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9642DA" w:rsidRDefault="005B6B03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FIRST NAME</w:t>
            </w:r>
          </w:p>
        </w:tc>
        <w:tc>
          <w:tcPr>
            <w:tcW w:w="2448" w:type="dxa"/>
            <w:gridSpan w:val="4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9642DA" w:rsidRDefault="005B6B03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MIDDLE NAME</w:t>
            </w:r>
          </w:p>
        </w:tc>
        <w:tc>
          <w:tcPr>
            <w:tcW w:w="2880" w:type="dxa"/>
            <w:gridSpan w:val="6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9642DA" w:rsidRDefault="005B6B03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LAST NAME</w:t>
            </w:r>
          </w:p>
        </w:tc>
        <w:tc>
          <w:tcPr>
            <w:tcW w:w="2592" w:type="dxa"/>
            <w:gridSpan w:val="3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9642DA" w:rsidRDefault="005B6B03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SIGNATURE</w:t>
            </w:r>
          </w:p>
        </w:tc>
      </w:tr>
      <w:tr w:rsidR="009642DA">
        <w:tblPrEx>
          <w:jc w:val="center"/>
        </w:tblPrEx>
        <w:trPr>
          <w:trHeight w:val="295"/>
          <w:jc w:val="center"/>
        </w:trPr>
        <w:tc>
          <w:tcPr>
            <w:tcW w:w="2448" w:type="dxa"/>
            <w:gridSpan w:val="2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9642DA" w:rsidRDefault="009642DA">
            <w:pPr>
              <w:spacing w:after="0" w:line="240" w:lineRule="auto"/>
            </w:pPr>
          </w:p>
        </w:tc>
        <w:tc>
          <w:tcPr>
            <w:tcW w:w="2448" w:type="dxa"/>
            <w:gridSpan w:val="4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9642DA" w:rsidRDefault="009642DA">
            <w:pPr>
              <w:spacing w:after="0" w:line="240" w:lineRule="auto"/>
            </w:pPr>
          </w:p>
        </w:tc>
        <w:tc>
          <w:tcPr>
            <w:tcW w:w="2880" w:type="dxa"/>
            <w:gridSpan w:val="6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9642DA" w:rsidRDefault="009642DA">
            <w:pPr>
              <w:spacing w:after="0" w:line="240" w:lineRule="auto"/>
            </w:pPr>
          </w:p>
        </w:tc>
        <w:tc>
          <w:tcPr>
            <w:tcW w:w="2592" w:type="dxa"/>
            <w:gridSpan w:val="3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9642DA" w:rsidRDefault="009642DA">
            <w:pPr>
              <w:spacing w:after="0" w:line="240" w:lineRule="auto"/>
            </w:pPr>
          </w:p>
        </w:tc>
      </w:tr>
      <w:tr w:rsidR="009642DA">
        <w:tblPrEx>
          <w:jc w:val="center"/>
        </w:tblPrEx>
        <w:trPr>
          <w:jc w:val="center"/>
        </w:trPr>
        <w:tc>
          <w:tcPr>
            <w:tcW w:w="1584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9642DA" w:rsidRDefault="005B6B03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AGE</w:t>
            </w:r>
          </w:p>
        </w:tc>
        <w:tc>
          <w:tcPr>
            <w:tcW w:w="1584" w:type="dxa"/>
            <w:gridSpan w:val="3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9642DA" w:rsidRDefault="005B6B03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SEX</w:t>
            </w:r>
          </w:p>
        </w:tc>
        <w:tc>
          <w:tcPr>
            <w:tcW w:w="1944" w:type="dxa"/>
            <w:gridSpan w:val="3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9642DA" w:rsidRDefault="005B6B03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HEIGHT (cm)</w:t>
            </w:r>
          </w:p>
        </w:tc>
        <w:tc>
          <w:tcPr>
            <w:tcW w:w="1944" w:type="dxa"/>
            <w:gridSpan w:val="4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9642DA" w:rsidRDefault="005B6B03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WEIGHT (kg)</w:t>
            </w:r>
          </w:p>
        </w:tc>
        <w:tc>
          <w:tcPr>
            <w:tcW w:w="3312" w:type="dxa"/>
            <w:gridSpan w:val="4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9642DA" w:rsidRDefault="005B6B03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BLOOD TYPE</w:t>
            </w:r>
          </w:p>
        </w:tc>
      </w:tr>
      <w:tr w:rsidR="009642DA">
        <w:tblPrEx>
          <w:jc w:val="center"/>
        </w:tblPrEx>
        <w:trPr>
          <w:trHeight w:val="187"/>
          <w:jc w:val="center"/>
        </w:trPr>
        <w:tc>
          <w:tcPr>
            <w:tcW w:w="1584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9642DA" w:rsidRDefault="009642DA">
            <w:pPr>
              <w:spacing w:after="0" w:line="240" w:lineRule="auto"/>
            </w:pPr>
          </w:p>
        </w:tc>
        <w:tc>
          <w:tcPr>
            <w:tcW w:w="1584" w:type="dxa"/>
            <w:gridSpan w:val="3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9642DA" w:rsidRDefault="009642DA">
            <w:pPr>
              <w:spacing w:after="0" w:line="240" w:lineRule="auto"/>
            </w:pPr>
          </w:p>
        </w:tc>
        <w:tc>
          <w:tcPr>
            <w:tcW w:w="1944" w:type="dxa"/>
            <w:gridSpan w:val="3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9642DA" w:rsidRDefault="009642DA">
            <w:pPr>
              <w:spacing w:after="0" w:line="240" w:lineRule="auto"/>
            </w:pPr>
          </w:p>
        </w:tc>
        <w:tc>
          <w:tcPr>
            <w:tcW w:w="1944" w:type="dxa"/>
            <w:gridSpan w:val="4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9642DA" w:rsidRDefault="009642DA">
            <w:pPr>
              <w:spacing w:after="0" w:line="240" w:lineRule="auto"/>
            </w:pPr>
          </w:p>
        </w:tc>
        <w:tc>
          <w:tcPr>
            <w:tcW w:w="3312" w:type="dxa"/>
            <w:gridSpan w:val="4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9642DA" w:rsidRDefault="009642DA">
            <w:pPr>
              <w:spacing w:after="0" w:line="240" w:lineRule="auto"/>
            </w:pPr>
          </w:p>
        </w:tc>
      </w:tr>
      <w:tr w:rsidR="009642DA">
        <w:tblPrEx>
          <w:jc w:val="center"/>
        </w:tblPrEx>
        <w:trPr>
          <w:jc w:val="center"/>
        </w:trPr>
        <w:tc>
          <w:tcPr>
            <w:tcW w:w="2592" w:type="dxa"/>
            <w:gridSpan w:val="3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9642DA" w:rsidRDefault="005B6B03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RACE</w:t>
            </w:r>
          </w:p>
        </w:tc>
        <w:tc>
          <w:tcPr>
            <w:tcW w:w="2592" w:type="dxa"/>
            <w:gridSpan w:val="5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9642DA" w:rsidRDefault="005B6B03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EYE COLOR</w:t>
            </w:r>
          </w:p>
        </w:tc>
        <w:tc>
          <w:tcPr>
            <w:tcW w:w="2592" w:type="dxa"/>
            <w:gridSpan w:val="4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9642DA" w:rsidRDefault="005B6B03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HAIR COLOR</w:t>
            </w:r>
          </w:p>
        </w:tc>
        <w:tc>
          <w:tcPr>
            <w:tcW w:w="2592" w:type="dxa"/>
            <w:gridSpan w:val="3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9642DA" w:rsidRDefault="005B6B03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COMPLEXION</w:t>
            </w:r>
          </w:p>
        </w:tc>
      </w:tr>
      <w:tr w:rsidR="009642DA">
        <w:tblPrEx>
          <w:jc w:val="center"/>
        </w:tblPrEx>
        <w:trPr>
          <w:trHeight w:val="187"/>
          <w:jc w:val="center"/>
        </w:trPr>
        <w:tc>
          <w:tcPr>
            <w:tcW w:w="2592" w:type="dxa"/>
            <w:gridSpan w:val="3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9642DA" w:rsidRDefault="009642DA">
            <w:pPr>
              <w:spacing w:after="0" w:line="240" w:lineRule="auto"/>
            </w:pPr>
          </w:p>
        </w:tc>
        <w:tc>
          <w:tcPr>
            <w:tcW w:w="2592" w:type="dxa"/>
            <w:gridSpan w:val="5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9642DA" w:rsidRDefault="009642DA">
            <w:pPr>
              <w:spacing w:after="0" w:line="240" w:lineRule="auto"/>
            </w:pPr>
          </w:p>
        </w:tc>
        <w:tc>
          <w:tcPr>
            <w:tcW w:w="2592" w:type="dxa"/>
            <w:gridSpan w:val="4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9642DA" w:rsidRDefault="009642DA">
            <w:pPr>
              <w:spacing w:after="0" w:line="240" w:lineRule="auto"/>
            </w:pPr>
          </w:p>
        </w:tc>
        <w:tc>
          <w:tcPr>
            <w:tcW w:w="2592" w:type="dxa"/>
            <w:gridSpan w:val="3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9642DA" w:rsidRDefault="009642DA">
            <w:pPr>
              <w:spacing w:after="0" w:line="240" w:lineRule="auto"/>
            </w:pPr>
          </w:p>
        </w:tc>
      </w:tr>
      <w:tr w:rsidR="009642DA">
        <w:trPr>
          <w:gridAfter w:val="1"/>
          <w:wAfter w:w="10" w:type="dxa"/>
        </w:trPr>
        <w:tc>
          <w:tcPr>
            <w:tcW w:w="10368" w:type="dxa"/>
            <w:gridSpan w:val="14"/>
            <w:tcBorders>
              <w:bottom w:val="single" w:sz="6" w:space="0" w:color="1F4E78"/>
            </w:tcBorders>
            <w:shd w:val="clear" w:color="auto" w:fill="DDEBF7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9642DA" w:rsidRDefault="005B6B03">
            <w:pPr>
              <w:spacing w:after="0" w:line="240" w:lineRule="auto"/>
            </w:pPr>
            <w:r>
              <w:rPr>
                <w:b/>
                <w:color w:val="17365D"/>
              </w:rPr>
              <w:t>RESIDENTIAL AND PASSPORT INFORMATION</w:t>
            </w:r>
          </w:p>
        </w:tc>
      </w:tr>
      <w:tr w:rsidR="009642DA">
        <w:tblPrEx>
          <w:jc w:val="center"/>
        </w:tblPrEx>
        <w:trPr>
          <w:jc w:val="center"/>
        </w:trPr>
        <w:tc>
          <w:tcPr>
            <w:tcW w:w="10368" w:type="dxa"/>
            <w:gridSpan w:val="15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9642DA" w:rsidRDefault="005B6B03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PHILIPPINE RESIDENTIAL ADDRESS</w:t>
            </w:r>
          </w:p>
        </w:tc>
      </w:tr>
      <w:tr w:rsidR="009642DA">
        <w:tblPrEx>
          <w:jc w:val="center"/>
        </w:tblPrEx>
        <w:trPr>
          <w:trHeight w:val="312"/>
          <w:jc w:val="center"/>
        </w:trPr>
        <w:tc>
          <w:tcPr>
            <w:tcW w:w="10368" w:type="dxa"/>
            <w:gridSpan w:val="15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9642DA" w:rsidRDefault="009642DA">
            <w:pPr>
              <w:spacing w:after="0" w:line="240" w:lineRule="auto"/>
            </w:pPr>
          </w:p>
        </w:tc>
      </w:tr>
      <w:tr w:rsidR="009642DA">
        <w:tblPrEx>
          <w:jc w:val="center"/>
        </w:tblPrEx>
        <w:trPr>
          <w:jc w:val="center"/>
        </w:trPr>
        <w:tc>
          <w:tcPr>
            <w:tcW w:w="5184" w:type="dxa"/>
            <w:gridSpan w:val="8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9642DA" w:rsidRDefault="005B6B03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NATIONALITY</w:t>
            </w:r>
          </w:p>
        </w:tc>
        <w:tc>
          <w:tcPr>
            <w:tcW w:w="5184" w:type="dxa"/>
            <w:gridSpan w:val="7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9642DA" w:rsidRDefault="005B6B03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TELEPHONE / MOBILE NO.</w:t>
            </w:r>
          </w:p>
        </w:tc>
      </w:tr>
      <w:tr w:rsidR="009642DA">
        <w:tblPrEx>
          <w:jc w:val="center"/>
        </w:tblPrEx>
        <w:trPr>
          <w:trHeight w:val="193"/>
          <w:jc w:val="center"/>
        </w:trPr>
        <w:tc>
          <w:tcPr>
            <w:tcW w:w="5184" w:type="dxa"/>
            <w:gridSpan w:val="8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9642DA" w:rsidRDefault="009642DA">
            <w:pPr>
              <w:spacing w:after="0" w:line="240" w:lineRule="auto"/>
            </w:pPr>
          </w:p>
        </w:tc>
        <w:tc>
          <w:tcPr>
            <w:tcW w:w="5184" w:type="dxa"/>
            <w:gridSpan w:val="7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9642DA" w:rsidRDefault="009642DA">
            <w:pPr>
              <w:spacing w:after="0" w:line="240" w:lineRule="auto"/>
            </w:pPr>
          </w:p>
        </w:tc>
      </w:tr>
      <w:tr w:rsidR="009642DA">
        <w:tblPrEx>
          <w:jc w:val="center"/>
        </w:tblPrEx>
        <w:trPr>
          <w:jc w:val="center"/>
        </w:trPr>
        <w:tc>
          <w:tcPr>
            <w:tcW w:w="5184" w:type="dxa"/>
            <w:gridSpan w:val="8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9642DA" w:rsidRDefault="005B6B03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CIVIL STATUS</w:t>
            </w:r>
          </w:p>
        </w:tc>
        <w:tc>
          <w:tcPr>
            <w:tcW w:w="5184" w:type="dxa"/>
            <w:gridSpan w:val="7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9642DA" w:rsidRDefault="005B6B03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PASSPORT NO.</w:t>
            </w:r>
          </w:p>
        </w:tc>
      </w:tr>
      <w:tr w:rsidR="009642DA">
        <w:tblPrEx>
          <w:jc w:val="center"/>
        </w:tblPrEx>
        <w:trPr>
          <w:trHeight w:val="193"/>
          <w:jc w:val="center"/>
        </w:trPr>
        <w:tc>
          <w:tcPr>
            <w:tcW w:w="5184" w:type="dxa"/>
            <w:gridSpan w:val="8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9642DA" w:rsidRDefault="009642DA">
            <w:pPr>
              <w:spacing w:after="0" w:line="240" w:lineRule="auto"/>
            </w:pPr>
          </w:p>
        </w:tc>
        <w:tc>
          <w:tcPr>
            <w:tcW w:w="5184" w:type="dxa"/>
            <w:gridSpan w:val="7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9642DA" w:rsidRDefault="009642DA">
            <w:pPr>
              <w:spacing w:after="0" w:line="240" w:lineRule="auto"/>
            </w:pPr>
          </w:p>
        </w:tc>
      </w:tr>
      <w:tr w:rsidR="009642DA">
        <w:tblPrEx>
          <w:jc w:val="center"/>
        </w:tblPrEx>
        <w:trPr>
          <w:jc w:val="center"/>
        </w:trPr>
        <w:tc>
          <w:tcPr>
            <w:tcW w:w="5184" w:type="dxa"/>
            <w:gridSpan w:val="8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9642DA" w:rsidRDefault="005B6B03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PLACE OF ISSUE</w:t>
            </w:r>
          </w:p>
        </w:tc>
        <w:tc>
          <w:tcPr>
            <w:tcW w:w="5184" w:type="dxa"/>
            <w:gridSpan w:val="7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9642DA" w:rsidRDefault="005B6B03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DATE OF ISSUE</w:t>
            </w:r>
          </w:p>
        </w:tc>
      </w:tr>
      <w:tr w:rsidR="009642DA">
        <w:tblPrEx>
          <w:jc w:val="center"/>
        </w:tblPrEx>
        <w:trPr>
          <w:trHeight w:val="193"/>
          <w:jc w:val="center"/>
        </w:trPr>
        <w:tc>
          <w:tcPr>
            <w:tcW w:w="5184" w:type="dxa"/>
            <w:gridSpan w:val="8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9642DA" w:rsidRDefault="009642DA">
            <w:pPr>
              <w:spacing w:after="0" w:line="240" w:lineRule="auto"/>
            </w:pPr>
          </w:p>
        </w:tc>
        <w:tc>
          <w:tcPr>
            <w:tcW w:w="5184" w:type="dxa"/>
            <w:gridSpan w:val="7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9642DA" w:rsidRDefault="009642DA">
            <w:pPr>
              <w:spacing w:after="0" w:line="240" w:lineRule="auto"/>
            </w:pPr>
          </w:p>
        </w:tc>
      </w:tr>
      <w:tr w:rsidR="009642DA">
        <w:tblPrEx>
          <w:jc w:val="center"/>
        </w:tblPrEx>
        <w:trPr>
          <w:jc w:val="center"/>
        </w:trPr>
        <w:tc>
          <w:tcPr>
            <w:tcW w:w="5184" w:type="dxa"/>
            <w:gridSpan w:val="8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9642DA" w:rsidRDefault="005B6B03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VALID UNTIL</w:t>
            </w:r>
          </w:p>
        </w:tc>
        <w:tc>
          <w:tcPr>
            <w:tcW w:w="5184" w:type="dxa"/>
            <w:gridSpan w:val="7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9642DA" w:rsidRDefault="005B6B03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PLACE OF BIRTH</w:t>
            </w:r>
          </w:p>
        </w:tc>
      </w:tr>
      <w:tr w:rsidR="009642DA">
        <w:tblPrEx>
          <w:jc w:val="center"/>
        </w:tblPrEx>
        <w:trPr>
          <w:trHeight w:val="193"/>
          <w:jc w:val="center"/>
        </w:trPr>
        <w:tc>
          <w:tcPr>
            <w:tcW w:w="5184" w:type="dxa"/>
            <w:gridSpan w:val="8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9642DA" w:rsidRDefault="009642DA">
            <w:pPr>
              <w:spacing w:after="0" w:line="240" w:lineRule="auto"/>
            </w:pPr>
          </w:p>
        </w:tc>
        <w:tc>
          <w:tcPr>
            <w:tcW w:w="5184" w:type="dxa"/>
            <w:gridSpan w:val="7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9642DA" w:rsidRDefault="009642DA">
            <w:pPr>
              <w:spacing w:after="0" w:line="240" w:lineRule="auto"/>
            </w:pPr>
          </w:p>
        </w:tc>
      </w:tr>
      <w:tr w:rsidR="009642DA">
        <w:tblPrEx>
          <w:jc w:val="center"/>
        </w:tblPrEx>
        <w:trPr>
          <w:jc w:val="center"/>
        </w:trPr>
        <w:tc>
          <w:tcPr>
            <w:tcW w:w="5184" w:type="dxa"/>
            <w:gridSpan w:val="8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9642DA" w:rsidRDefault="005B6B03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DATE OF BIRTH (YYYY-MM-DD)</w:t>
            </w:r>
          </w:p>
        </w:tc>
        <w:tc>
          <w:tcPr>
            <w:tcW w:w="5184" w:type="dxa"/>
            <w:gridSpan w:val="7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9642DA" w:rsidRDefault="005B6B03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EMAIL ADDRESS</w:t>
            </w:r>
          </w:p>
        </w:tc>
      </w:tr>
      <w:tr w:rsidR="009642DA">
        <w:tblPrEx>
          <w:jc w:val="center"/>
        </w:tblPrEx>
        <w:trPr>
          <w:trHeight w:val="193"/>
          <w:jc w:val="center"/>
        </w:trPr>
        <w:tc>
          <w:tcPr>
            <w:tcW w:w="5184" w:type="dxa"/>
            <w:gridSpan w:val="8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9642DA" w:rsidRDefault="009642DA">
            <w:pPr>
              <w:spacing w:after="0" w:line="240" w:lineRule="auto"/>
            </w:pPr>
          </w:p>
        </w:tc>
        <w:tc>
          <w:tcPr>
            <w:tcW w:w="5184" w:type="dxa"/>
            <w:gridSpan w:val="7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9642DA" w:rsidRDefault="009642DA">
            <w:pPr>
              <w:spacing w:after="0" w:line="240" w:lineRule="auto"/>
            </w:pPr>
          </w:p>
        </w:tc>
      </w:tr>
      <w:tr w:rsidR="009642DA">
        <w:trPr>
          <w:gridAfter w:val="1"/>
          <w:wAfter w:w="10" w:type="dxa"/>
        </w:trPr>
        <w:tc>
          <w:tcPr>
            <w:tcW w:w="10368" w:type="dxa"/>
            <w:gridSpan w:val="14"/>
            <w:tcBorders>
              <w:bottom w:val="single" w:sz="6" w:space="0" w:color="1F4E78"/>
            </w:tcBorders>
            <w:shd w:val="clear" w:color="auto" w:fill="DDEBF7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9642DA" w:rsidRDefault="005B6B03">
            <w:pPr>
              <w:spacing w:after="0" w:line="240" w:lineRule="auto"/>
            </w:pPr>
            <w:r>
              <w:rPr>
                <w:b/>
                <w:color w:val="17365D"/>
              </w:rPr>
              <w:t>FREEPORT LOCATOR / COMPANY INFORMATION</w:t>
            </w:r>
          </w:p>
        </w:tc>
      </w:tr>
      <w:tr w:rsidR="009642DA">
        <w:tblPrEx>
          <w:jc w:val="center"/>
        </w:tblPrEx>
        <w:trPr>
          <w:jc w:val="center"/>
        </w:trPr>
        <w:tc>
          <w:tcPr>
            <w:tcW w:w="10368" w:type="dxa"/>
            <w:gridSpan w:val="15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9642DA" w:rsidRDefault="005B6B03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EMPLOYING LOCATOR / COMPANY IN THE FREEPORT ZONE</w:t>
            </w:r>
          </w:p>
        </w:tc>
      </w:tr>
      <w:tr w:rsidR="009642DA">
        <w:tblPrEx>
          <w:jc w:val="center"/>
        </w:tblPrEx>
        <w:trPr>
          <w:trHeight w:val="215"/>
          <w:jc w:val="center"/>
        </w:trPr>
        <w:tc>
          <w:tcPr>
            <w:tcW w:w="10368" w:type="dxa"/>
            <w:gridSpan w:val="15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9642DA" w:rsidRDefault="009642DA">
            <w:pPr>
              <w:spacing w:after="0" w:line="240" w:lineRule="auto"/>
            </w:pPr>
          </w:p>
        </w:tc>
      </w:tr>
      <w:tr w:rsidR="009642DA">
        <w:tblPrEx>
          <w:jc w:val="center"/>
        </w:tblPrEx>
        <w:trPr>
          <w:jc w:val="center"/>
        </w:trPr>
        <w:tc>
          <w:tcPr>
            <w:tcW w:w="10368" w:type="dxa"/>
            <w:gridSpan w:val="15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9642DA" w:rsidRDefault="005B6B03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LOCATOR / COMPANY ADDRESS</w:t>
            </w:r>
          </w:p>
        </w:tc>
      </w:tr>
      <w:tr w:rsidR="009642DA">
        <w:tblPrEx>
          <w:jc w:val="center"/>
        </w:tblPrEx>
        <w:trPr>
          <w:trHeight w:val="215"/>
          <w:jc w:val="center"/>
        </w:trPr>
        <w:tc>
          <w:tcPr>
            <w:tcW w:w="10368" w:type="dxa"/>
            <w:gridSpan w:val="15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9642DA" w:rsidRDefault="009642DA">
            <w:pPr>
              <w:spacing w:after="0" w:line="240" w:lineRule="auto"/>
            </w:pPr>
          </w:p>
        </w:tc>
      </w:tr>
      <w:tr w:rsidR="009642DA">
        <w:tblPrEx>
          <w:jc w:val="center"/>
        </w:tblPrEx>
        <w:trPr>
          <w:jc w:val="center"/>
        </w:trPr>
        <w:tc>
          <w:tcPr>
            <w:tcW w:w="4608" w:type="dxa"/>
            <w:gridSpan w:val="5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9642DA" w:rsidRDefault="005B6B03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POSITION(S)</w:t>
            </w:r>
          </w:p>
        </w:tc>
        <w:tc>
          <w:tcPr>
            <w:tcW w:w="2304" w:type="dxa"/>
            <w:gridSpan w:val="5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9642DA" w:rsidRDefault="005B6B03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TELEPHONE NO.</w:t>
            </w:r>
          </w:p>
        </w:tc>
        <w:tc>
          <w:tcPr>
            <w:tcW w:w="3456" w:type="dxa"/>
            <w:gridSpan w:val="5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9642DA" w:rsidRDefault="005B6B03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EMAIL ADDRESS</w:t>
            </w:r>
          </w:p>
        </w:tc>
      </w:tr>
      <w:tr w:rsidR="009642DA">
        <w:tblPrEx>
          <w:jc w:val="center"/>
        </w:tblPrEx>
        <w:trPr>
          <w:trHeight w:val="215"/>
          <w:jc w:val="center"/>
        </w:trPr>
        <w:tc>
          <w:tcPr>
            <w:tcW w:w="4608" w:type="dxa"/>
            <w:gridSpan w:val="5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9642DA" w:rsidRDefault="009642DA">
            <w:pPr>
              <w:spacing w:after="0" w:line="240" w:lineRule="auto"/>
            </w:pPr>
          </w:p>
        </w:tc>
        <w:tc>
          <w:tcPr>
            <w:tcW w:w="2304" w:type="dxa"/>
            <w:gridSpan w:val="5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9642DA" w:rsidRDefault="009642DA">
            <w:pPr>
              <w:spacing w:after="0" w:line="240" w:lineRule="auto"/>
            </w:pPr>
          </w:p>
        </w:tc>
        <w:tc>
          <w:tcPr>
            <w:tcW w:w="3456" w:type="dxa"/>
            <w:gridSpan w:val="5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9642DA" w:rsidRDefault="009642DA">
            <w:pPr>
              <w:spacing w:after="0" w:line="240" w:lineRule="auto"/>
            </w:pPr>
          </w:p>
        </w:tc>
      </w:tr>
      <w:tr w:rsidR="009642DA">
        <w:trPr>
          <w:gridAfter w:val="1"/>
          <w:wAfter w:w="10" w:type="dxa"/>
        </w:trPr>
        <w:tc>
          <w:tcPr>
            <w:tcW w:w="10368" w:type="dxa"/>
            <w:gridSpan w:val="14"/>
            <w:tcBorders>
              <w:bottom w:val="single" w:sz="6" w:space="0" w:color="1F4E78"/>
            </w:tcBorders>
            <w:shd w:val="clear" w:color="auto" w:fill="DDEBF7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9642DA" w:rsidRDefault="005B6B03">
            <w:pPr>
              <w:spacing w:after="0" w:line="240" w:lineRule="auto"/>
            </w:pPr>
            <w:r>
              <w:rPr>
                <w:b/>
                <w:color w:val="17365D"/>
              </w:rPr>
              <w:t>SPOUSE INFORMATION (IF APPLICABLE)</w:t>
            </w:r>
          </w:p>
        </w:tc>
      </w:tr>
      <w:tr w:rsidR="009642DA">
        <w:tblPrEx>
          <w:jc w:val="center"/>
        </w:tblPrEx>
        <w:trPr>
          <w:jc w:val="center"/>
        </w:trPr>
        <w:tc>
          <w:tcPr>
            <w:tcW w:w="5760" w:type="dxa"/>
            <w:gridSpan w:val="9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9642DA" w:rsidRDefault="005B6B03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SPOUSE'S FULL NAME</w:t>
            </w:r>
          </w:p>
        </w:tc>
        <w:tc>
          <w:tcPr>
            <w:tcW w:w="1152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9642DA" w:rsidRDefault="005B6B03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AGE</w:t>
            </w:r>
          </w:p>
        </w:tc>
        <w:tc>
          <w:tcPr>
            <w:tcW w:w="1152" w:type="dxa"/>
            <w:gridSpan w:val="3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9642DA" w:rsidRDefault="005B6B03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SEX</w:t>
            </w:r>
          </w:p>
        </w:tc>
        <w:tc>
          <w:tcPr>
            <w:tcW w:w="2304" w:type="dxa"/>
            <w:gridSpan w:val="2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9642DA" w:rsidRDefault="005B6B03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NATIONALITY</w:t>
            </w:r>
          </w:p>
        </w:tc>
      </w:tr>
      <w:tr w:rsidR="009642DA">
        <w:tblPrEx>
          <w:jc w:val="center"/>
        </w:tblPrEx>
        <w:trPr>
          <w:trHeight w:val="255"/>
          <w:jc w:val="center"/>
        </w:trPr>
        <w:tc>
          <w:tcPr>
            <w:tcW w:w="5760" w:type="dxa"/>
            <w:gridSpan w:val="9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9642DA" w:rsidRDefault="009642DA">
            <w:pPr>
              <w:spacing w:after="0" w:line="240" w:lineRule="auto"/>
            </w:pPr>
          </w:p>
        </w:tc>
        <w:tc>
          <w:tcPr>
            <w:tcW w:w="1152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9642DA" w:rsidRDefault="009642DA">
            <w:pPr>
              <w:spacing w:after="0" w:line="240" w:lineRule="auto"/>
            </w:pPr>
          </w:p>
        </w:tc>
        <w:tc>
          <w:tcPr>
            <w:tcW w:w="1152" w:type="dxa"/>
            <w:gridSpan w:val="3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9642DA" w:rsidRDefault="009642DA">
            <w:pPr>
              <w:spacing w:after="0" w:line="240" w:lineRule="auto"/>
            </w:pPr>
          </w:p>
        </w:tc>
        <w:tc>
          <w:tcPr>
            <w:tcW w:w="2304" w:type="dxa"/>
            <w:gridSpan w:val="2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9642DA" w:rsidRDefault="009642DA">
            <w:pPr>
              <w:spacing w:after="0" w:line="240" w:lineRule="auto"/>
            </w:pPr>
          </w:p>
        </w:tc>
      </w:tr>
    </w:tbl>
    <w:p w:rsidR="009642DA" w:rsidRDefault="005B6B03">
      <w:pPr>
        <w:spacing w:before="100" w:after="0" w:line="240" w:lineRule="auto"/>
        <w:jc w:val="right"/>
      </w:pPr>
      <w:r>
        <w:rPr>
          <w:b/>
          <w:color w:val="1F4E78"/>
          <w:sz w:val="15"/>
        </w:rPr>
        <w:t>Please proceed to Page 2 for the documentary requirements checklist.</w:t>
      </w:r>
    </w:p>
    <w:p w:rsidR="009642DA" w:rsidRDefault="005B6B03">
      <w:r>
        <w:br w:type="page"/>
      </w:r>
    </w:p>
    <w:tbl>
      <w:tblPr>
        <w:tblW w:w="10368" w:type="dxa"/>
        <w:tblLayout w:type="fixed"/>
        <w:tblLook w:val="04A0" w:firstRow="1" w:lastRow="0" w:firstColumn="1" w:lastColumn="0" w:noHBand="0" w:noVBand="1"/>
      </w:tblPr>
      <w:tblGrid>
        <w:gridCol w:w="10368"/>
      </w:tblGrid>
      <w:tr w:rsidR="009642DA">
        <w:tc>
          <w:tcPr>
            <w:tcW w:w="10368" w:type="dxa"/>
            <w:shd w:val="clear" w:color="auto" w:fill="17365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642DA" w:rsidRDefault="005B6B03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26"/>
              </w:rPr>
              <w:lastRenderedPageBreak/>
              <w:t>APPLICATION FOR VISA EXEMPT CERTIFICATE</w:t>
            </w:r>
          </w:p>
        </w:tc>
      </w:tr>
    </w:tbl>
    <w:p w:rsidR="009642DA" w:rsidRDefault="005B6B03">
      <w:pPr>
        <w:spacing w:after="100" w:line="240" w:lineRule="auto"/>
        <w:jc w:val="center"/>
      </w:pPr>
      <w:r>
        <w:rPr>
          <w:b/>
          <w:color w:val="1F4E78"/>
          <w:sz w:val="17"/>
        </w:rPr>
        <w:t>DOCUMENTARY REQUIREMENTS / APPLICANT CHECKLIST</w:t>
      </w:r>
    </w:p>
    <w:p w:rsidR="009642DA" w:rsidRDefault="005B6B03">
      <w:pPr>
        <w:spacing w:after="100" w:line="240" w:lineRule="auto"/>
      </w:pPr>
      <w:r>
        <w:rPr>
          <w:i/>
          <w:color w:val="7F8C99"/>
          <w:sz w:val="16"/>
        </w:rPr>
        <w:t>Place a check mark in the left column and arrange the documents in the order listed below.</w:t>
      </w:r>
    </w:p>
    <w:tbl>
      <w:tblPr>
        <w:tblW w:w="10368" w:type="dxa"/>
        <w:tblLayout w:type="fixed"/>
        <w:tblLook w:val="04A0" w:firstRow="1" w:lastRow="0" w:firstColumn="1" w:lastColumn="0" w:noHBand="0" w:noVBand="1"/>
      </w:tblPr>
      <w:tblGrid>
        <w:gridCol w:w="936"/>
        <w:gridCol w:w="720"/>
        <w:gridCol w:w="8712"/>
      </w:tblGrid>
      <w:tr w:rsidR="009642DA">
        <w:trPr>
          <w:tblHeader/>
        </w:trPr>
        <w:tc>
          <w:tcPr>
            <w:tcW w:w="936" w:type="dxa"/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9642DA" w:rsidRDefault="005B6B03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5"/>
              </w:rPr>
              <w:t>CHECK</w:t>
            </w:r>
          </w:p>
        </w:tc>
        <w:tc>
          <w:tcPr>
            <w:tcW w:w="720" w:type="dxa"/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9642DA" w:rsidRDefault="005B6B03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5"/>
              </w:rPr>
              <w:t>NO.</w:t>
            </w:r>
          </w:p>
        </w:tc>
        <w:tc>
          <w:tcPr>
            <w:tcW w:w="8712" w:type="dxa"/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9642DA" w:rsidRDefault="005B6B03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5"/>
              </w:rPr>
              <w:t>REQUIREMENT</w:t>
            </w:r>
          </w:p>
        </w:tc>
      </w:tr>
      <w:tr w:rsidR="009642DA">
        <w:tc>
          <w:tcPr>
            <w:tcW w:w="936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9642DA" w:rsidRDefault="005B6B03">
            <w:pPr>
              <w:spacing w:after="0" w:line="240" w:lineRule="auto"/>
              <w:jc w:val="center"/>
            </w:pPr>
            <w:r>
              <w:rPr>
                <w:color w:val="1F4E78"/>
                <w:sz w:val="24"/>
              </w:rPr>
              <w:t>□</w:t>
            </w:r>
          </w:p>
        </w:tc>
        <w:tc>
          <w:tcPr>
            <w:tcW w:w="720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9642DA" w:rsidRDefault="005B6B03">
            <w:pPr>
              <w:spacing w:after="0" w:line="240" w:lineRule="auto"/>
              <w:jc w:val="center"/>
            </w:pPr>
            <w:r>
              <w:rPr>
                <w:b/>
                <w:color w:val="1F4E78"/>
                <w:sz w:val="16"/>
              </w:rPr>
              <w:t>1</w:t>
            </w:r>
          </w:p>
        </w:tc>
        <w:tc>
          <w:tcPr>
            <w:tcW w:w="8712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9642DA" w:rsidRDefault="005B6B03">
            <w:pPr>
              <w:spacing w:after="0" w:line="240" w:lineRule="auto"/>
            </w:pPr>
            <w:r>
              <w:rPr>
                <w:sz w:val="16"/>
              </w:rPr>
              <w:t>Duly accomplished application form with a recent 2 x 2 colored photograph.</w:t>
            </w:r>
          </w:p>
        </w:tc>
      </w:tr>
      <w:tr w:rsidR="009642DA">
        <w:tc>
          <w:tcPr>
            <w:tcW w:w="936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FAFB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9642DA" w:rsidRDefault="005B6B03">
            <w:pPr>
              <w:spacing w:after="0" w:line="240" w:lineRule="auto"/>
              <w:jc w:val="center"/>
            </w:pPr>
            <w:r>
              <w:rPr>
                <w:color w:val="1F4E78"/>
                <w:sz w:val="24"/>
              </w:rPr>
              <w:t>□</w:t>
            </w:r>
          </w:p>
        </w:tc>
        <w:tc>
          <w:tcPr>
            <w:tcW w:w="720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FAFB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9642DA" w:rsidRDefault="005B6B03">
            <w:pPr>
              <w:spacing w:after="0" w:line="240" w:lineRule="auto"/>
              <w:jc w:val="center"/>
            </w:pPr>
            <w:r>
              <w:rPr>
                <w:b/>
                <w:color w:val="1F4E78"/>
                <w:sz w:val="16"/>
              </w:rPr>
              <w:t>2</w:t>
            </w:r>
          </w:p>
        </w:tc>
        <w:tc>
          <w:tcPr>
            <w:tcW w:w="8712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FAFBFC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9642DA" w:rsidRDefault="005B6B03">
            <w:pPr>
              <w:spacing w:after="0" w:line="240" w:lineRule="auto"/>
            </w:pPr>
            <w:r>
              <w:rPr>
                <w:sz w:val="16"/>
              </w:rPr>
              <w:t>Photocopy of the passport bio-page with at least six (6) months' validity and the stamped visa.</w:t>
            </w:r>
          </w:p>
        </w:tc>
      </w:tr>
      <w:tr w:rsidR="009642DA">
        <w:tc>
          <w:tcPr>
            <w:tcW w:w="936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9642DA" w:rsidRDefault="005B6B03">
            <w:pPr>
              <w:spacing w:after="0" w:line="240" w:lineRule="auto"/>
              <w:jc w:val="center"/>
            </w:pPr>
            <w:r>
              <w:rPr>
                <w:color w:val="1F4E78"/>
                <w:sz w:val="24"/>
              </w:rPr>
              <w:t>□</w:t>
            </w:r>
          </w:p>
        </w:tc>
        <w:tc>
          <w:tcPr>
            <w:tcW w:w="720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9642DA" w:rsidRDefault="005B6B03">
            <w:pPr>
              <w:spacing w:after="0" w:line="240" w:lineRule="auto"/>
              <w:jc w:val="center"/>
            </w:pPr>
            <w:r>
              <w:rPr>
                <w:b/>
                <w:color w:val="1F4E78"/>
                <w:sz w:val="16"/>
              </w:rPr>
              <w:t>3</w:t>
            </w:r>
          </w:p>
        </w:tc>
        <w:tc>
          <w:tcPr>
            <w:tcW w:w="8712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9642DA" w:rsidRDefault="005B6B03">
            <w:pPr>
              <w:spacing w:after="0" w:line="240" w:lineRule="auto"/>
            </w:pPr>
            <w:r>
              <w:rPr>
                <w:sz w:val="16"/>
              </w:rPr>
              <w:t>Photocopy of the Biometric Alien Certificate of Registration Card (ACR I-Card).</w:t>
            </w:r>
          </w:p>
        </w:tc>
      </w:tr>
      <w:tr w:rsidR="009642DA">
        <w:tc>
          <w:tcPr>
            <w:tcW w:w="936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FAFB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9642DA" w:rsidRDefault="005B6B03">
            <w:pPr>
              <w:spacing w:after="0" w:line="240" w:lineRule="auto"/>
              <w:jc w:val="center"/>
            </w:pPr>
            <w:r>
              <w:rPr>
                <w:color w:val="1F4E78"/>
                <w:sz w:val="24"/>
              </w:rPr>
              <w:t>□</w:t>
            </w:r>
          </w:p>
        </w:tc>
        <w:tc>
          <w:tcPr>
            <w:tcW w:w="720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FAFB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9642DA" w:rsidRDefault="005B6B03">
            <w:pPr>
              <w:spacing w:after="0" w:line="240" w:lineRule="auto"/>
              <w:jc w:val="center"/>
            </w:pPr>
            <w:r>
              <w:rPr>
                <w:b/>
                <w:color w:val="1F4E78"/>
                <w:sz w:val="16"/>
              </w:rPr>
              <w:t>4</w:t>
            </w:r>
          </w:p>
        </w:tc>
        <w:tc>
          <w:tcPr>
            <w:tcW w:w="8712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FAFBFC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9642DA" w:rsidRDefault="005B6B03">
            <w:pPr>
              <w:spacing w:after="0" w:line="240" w:lineRule="auto"/>
            </w:pPr>
            <w:r>
              <w:rPr>
                <w:sz w:val="16"/>
              </w:rPr>
              <w:t>For elective positions: notarized Secretary's Certificate or Board Resolution. For non-elective positions: notarized Employment Contract or Consultancy Agreement signed by the President or Vice President. If signed by another authorized officer, attach a notarized Board Resolution or authorization. If the signatory is a foreign national, attach a copy of the signatory's valid working visa.</w:t>
            </w:r>
          </w:p>
        </w:tc>
      </w:tr>
      <w:tr w:rsidR="009642DA">
        <w:tc>
          <w:tcPr>
            <w:tcW w:w="936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9642DA" w:rsidRDefault="005B6B03">
            <w:pPr>
              <w:spacing w:after="0" w:line="240" w:lineRule="auto"/>
              <w:jc w:val="center"/>
            </w:pPr>
            <w:r>
              <w:rPr>
                <w:color w:val="1F4E78"/>
                <w:sz w:val="24"/>
              </w:rPr>
              <w:t>□</w:t>
            </w:r>
          </w:p>
        </w:tc>
        <w:tc>
          <w:tcPr>
            <w:tcW w:w="720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9642DA" w:rsidRDefault="005B6B03">
            <w:pPr>
              <w:spacing w:after="0" w:line="240" w:lineRule="auto"/>
              <w:jc w:val="center"/>
            </w:pPr>
            <w:r>
              <w:rPr>
                <w:b/>
                <w:color w:val="1F4E78"/>
                <w:sz w:val="16"/>
              </w:rPr>
              <w:t>5</w:t>
            </w:r>
          </w:p>
        </w:tc>
        <w:tc>
          <w:tcPr>
            <w:tcW w:w="8712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9642DA" w:rsidRDefault="005B6B03">
            <w:pPr>
              <w:spacing w:after="0" w:line="240" w:lineRule="auto"/>
            </w:pPr>
            <w:r>
              <w:rPr>
                <w:sz w:val="16"/>
              </w:rPr>
              <w:t>Original and photocopy of the Alien Employment Permit (AEP) Certificate of Exemption issued by the Department of Labor and Employment (DOLE).</w:t>
            </w:r>
          </w:p>
        </w:tc>
      </w:tr>
      <w:tr w:rsidR="009642DA">
        <w:tc>
          <w:tcPr>
            <w:tcW w:w="936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FAFB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9642DA" w:rsidRDefault="005B6B03">
            <w:pPr>
              <w:spacing w:after="0" w:line="240" w:lineRule="auto"/>
              <w:jc w:val="center"/>
            </w:pPr>
            <w:r>
              <w:rPr>
                <w:color w:val="1F4E78"/>
                <w:sz w:val="24"/>
              </w:rPr>
              <w:t>□</w:t>
            </w:r>
          </w:p>
        </w:tc>
        <w:tc>
          <w:tcPr>
            <w:tcW w:w="720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FAFB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9642DA" w:rsidRDefault="005B6B03">
            <w:pPr>
              <w:spacing w:after="0" w:line="240" w:lineRule="auto"/>
              <w:jc w:val="center"/>
            </w:pPr>
            <w:r>
              <w:rPr>
                <w:b/>
                <w:color w:val="1F4E78"/>
                <w:sz w:val="16"/>
              </w:rPr>
              <w:t>6</w:t>
            </w:r>
          </w:p>
        </w:tc>
        <w:tc>
          <w:tcPr>
            <w:tcW w:w="8712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FAFBFC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9642DA" w:rsidRDefault="005B6B03" w:rsidP="007B508C">
            <w:pPr>
              <w:spacing w:after="0" w:line="240" w:lineRule="auto"/>
            </w:pPr>
            <w:r>
              <w:rPr>
                <w:sz w:val="16"/>
              </w:rPr>
              <w:t>Certified true copy of the valid SBF Certificate of Registration and Tax Exemption (CRTE)</w:t>
            </w:r>
            <w:r w:rsidR="007B508C">
              <w:rPr>
                <w:sz w:val="16"/>
              </w:rPr>
              <w:t>,</w:t>
            </w:r>
            <w:r>
              <w:rPr>
                <w:sz w:val="16"/>
              </w:rPr>
              <w:t xml:space="preserve"> C</w:t>
            </w:r>
            <w:r w:rsidR="007B508C">
              <w:rPr>
                <w:sz w:val="16"/>
              </w:rPr>
              <w:t>ertificate of Registration (CR) or Registration Certificate (RC)</w:t>
            </w:r>
          </w:p>
        </w:tc>
      </w:tr>
    </w:tbl>
    <w:p w:rsidR="009642DA" w:rsidRDefault="005B6B03">
      <w:pPr>
        <w:keepNext/>
        <w:spacing w:before="100" w:after="40" w:line="240" w:lineRule="auto"/>
      </w:pPr>
      <w:r>
        <w:rPr>
          <w:b/>
          <w:color w:val="17365D"/>
          <w:sz w:val="17"/>
        </w:rPr>
        <w:t>APPLICABLE VPAD FEE</w:t>
      </w:r>
    </w:p>
    <w:tbl>
      <w:tblPr>
        <w:tblW w:w="10368" w:type="dxa"/>
        <w:tblLayout w:type="fixed"/>
        <w:tblLook w:val="04A0" w:firstRow="1" w:lastRow="0" w:firstColumn="1" w:lastColumn="0" w:noHBand="0" w:noVBand="1"/>
      </w:tblPr>
      <w:tblGrid>
        <w:gridCol w:w="7992"/>
        <w:gridCol w:w="2376"/>
      </w:tblGrid>
      <w:tr w:rsidR="009642DA">
        <w:trPr>
          <w:tblHeader/>
        </w:trPr>
        <w:tc>
          <w:tcPr>
            <w:tcW w:w="7992" w:type="dxa"/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9642DA" w:rsidRDefault="005B6B03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5"/>
              </w:rPr>
              <w:t>TRANSACTION</w:t>
            </w:r>
          </w:p>
        </w:tc>
        <w:tc>
          <w:tcPr>
            <w:tcW w:w="2376" w:type="dxa"/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9642DA" w:rsidRDefault="005B6B03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5"/>
              </w:rPr>
              <w:t>FEE</w:t>
            </w:r>
          </w:p>
        </w:tc>
      </w:tr>
      <w:tr w:rsidR="009642DA">
        <w:tc>
          <w:tcPr>
            <w:tcW w:w="7992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9642DA" w:rsidRDefault="005B6B03">
            <w:pPr>
              <w:spacing w:after="0" w:line="240" w:lineRule="auto"/>
            </w:pPr>
            <w:r>
              <w:rPr>
                <w:sz w:val="16"/>
              </w:rPr>
              <w:t>Visa Exempt Certificate</w:t>
            </w:r>
          </w:p>
        </w:tc>
        <w:tc>
          <w:tcPr>
            <w:tcW w:w="2376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9642DA" w:rsidRDefault="005B6B03">
            <w:pPr>
              <w:spacing w:after="0" w:line="240" w:lineRule="auto"/>
              <w:jc w:val="center"/>
            </w:pPr>
            <w:r>
              <w:rPr>
                <w:b/>
                <w:color w:val="1F4E78"/>
                <w:sz w:val="16"/>
              </w:rPr>
              <w:t>USD 5.00</w:t>
            </w:r>
          </w:p>
        </w:tc>
      </w:tr>
    </w:tbl>
    <w:p w:rsidR="009642DA" w:rsidRDefault="005B6B03">
      <w:pPr>
        <w:keepNext/>
        <w:spacing w:before="100" w:after="40" w:line="240" w:lineRule="auto"/>
      </w:pPr>
      <w:r>
        <w:rPr>
          <w:b/>
          <w:color w:val="17365D"/>
          <w:sz w:val="17"/>
        </w:rPr>
        <w:t>IMPORTANT NOTES</w:t>
      </w:r>
    </w:p>
    <w:tbl>
      <w:tblPr>
        <w:tblW w:w="10368" w:type="dxa"/>
        <w:tblLayout w:type="fixed"/>
        <w:tblLook w:val="04A0" w:firstRow="1" w:lastRow="0" w:firstColumn="1" w:lastColumn="0" w:noHBand="0" w:noVBand="1"/>
      </w:tblPr>
      <w:tblGrid>
        <w:gridCol w:w="10368"/>
      </w:tblGrid>
      <w:tr w:rsidR="009642DA">
        <w:tc>
          <w:tcPr>
            <w:tcW w:w="10368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90" w:type="dxa"/>
              <w:left w:w="130" w:type="dxa"/>
              <w:bottom w:w="90" w:type="dxa"/>
              <w:right w:w="130" w:type="dxa"/>
            </w:tcMar>
          </w:tcPr>
          <w:p w:rsidR="009642DA" w:rsidRDefault="005B6B03">
            <w:pPr>
              <w:spacing w:after="40" w:line="252" w:lineRule="auto"/>
            </w:pPr>
            <w:r>
              <w:rPr>
                <w:b/>
                <w:color w:val="1F4E78"/>
                <w:sz w:val="15"/>
              </w:rPr>
              <w:t xml:space="preserve">1. </w:t>
            </w:r>
            <w:r>
              <w:rPr>
                <w:sz w:val="15"/>
              </w:rPr>
              <w:t>Additional requirements or supporting documents may be required during evaluation.</w:t>
            </w:r>
          </w:p>
          <w:p w:rsidR="009642DA" w:rsidRDefault="005B6B03">
            <w:pPr>
              <w:spacing w:after="40" w:line="252" w:lineRule="auto"/>
            </w:pPr>
            <w:r>
              <w:rPr>
                <w:b/>
                <w:color w:val="1F4E78"/>
                <w:sz w:val="15"/>
              </w:rPr>
              <w:t xml:space="preserve">2. </w:t>
            </w:r>
            <w:r>
              <w:rPr>
                <w:sz w:val="15"/>
              </w:rPr>
              <w:t>Arrange the documents in the order listed above and submit them in a long folder with fastener. Incomplete or improperly arranged submissions may not be accepted.</w:t>
            </w:r>
          </w:p>
        </w:tc>
      </w:tr>
    </w:tbl>
    <w:p w:rsidR="005B6B03" w:rsidRDefault="005B6B03"/>
    <w:sectPr w:rsidR="005B6B03" w:rsidSect="00034616">
      <w:headerReference w:type="default" r:id="rId8"/>
      <w:footerReference w:type="default" r:id="rId9"/>
      <w:pgSz w:w="11906" w:h="16838"/>
      <w:pgMar w:top="709" w:right="765" w:bottom="709" w:left="765" w:header="255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820" w:rsidRDefault="00642820">
      <w:pPr>
        <w:spacing w:after="0" w:line="240" w:lineRule="auto"/>
      </w:pPr>
      <w:r>
        <w:separator/>
      </w:r>
    </w:p>
  </w:endnote>
  <w:endnote w:type="continuationSeparator" w:id="0">
    <w:p w:rsidR="00642820" w:rsidRDefault="00642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2DA" w:rsidRDefault="009642DA">
    <w:pPr>
      <w:pStyle w:val="Footer"/>
    </w:pPr>
  </w:p>
  <w:tbl>
    <w:tblPr>
      <w:tblW w:w="10368" w:type="dxa"/>
      <w:jc w:val="center"/>
      <w:tblLayout w:type="fixed"/>
      <w:tblLook w:val="04A0" w:firstRow="1" w:lastRow="0" w:firstColumn="1" w:lastColumn="0" w:noHBand="0" w:noVBand="1"/>
    </w:tblPr>
    <w:tblGrid>
      <w:gridCol w:w="7848"/>
      <w:gridCol w:w="2520"/>
    </w:tblGrid>
    <w:tr w:rsidR="009642DA">
      <w:trPr>
        <w:jc w:val="center"/>
      </w:trPr>
      <w:tc>
        <w:tcPr>
          <w:tcW w:w="7848" w:type="dxa"/>
          <w:tcBorders>
            <w:top w:val="single" w:sz="4" w:space="0" w:color="B7C9D6"/>
          </w:tcBorders>
          <w:tcMar>
            <w:top w:w="80" w:type="dxa"/>
            <w:left w:w="100" w:type="dxa"/>
            <w:bottom w:w="80" w:type="dxa"/>
            <w:right w:w="100" w:type="dxa"/>
          </w:tcMar>
          <w:vAlign w:val="center"/>
        </w:tcPr>
        <w:p w:rsidR="009642DA" w:rsidRDefault="005B6B03">
          <w:pPr>
            <w:spacing w:after="0" w:line="240" w:lineRule="auto"/>
          </w:pPr>
          <w:r>
            <w:rPr>
              <w:color w:val="7F8C99"/>
              <w:sz w:val="14"/>
            </w:rPr>
            <w:t>VPA-VISA-Form-04 | Revision 00 | Effectivity Date: 2026-07-01</w:t>
          </w:r>
        </w:p>
      </w:tc>
      <w:tc>
        <w:tcPr>
          <w:tcW w:w="2520" w:type="dxa"/>
          <w:tcBorders>
            <w:top w:val="single" w:sz="4" w:space="0" w:color="B7C9D6"/>
          </w:tcBorders>
        </w:tcPr>
        <w:p w:rsidR="009642DA" w:rsidRDefault="005B6B03">
          <w:pPr>
            <w:jc w:val="right"/>
          </w:pPr>
          <w:r>
            <w:rPr>
              <w:color w:val="7F8C99"/>
              <w:sz w:val="16"/>
            </w:rPr>
            <w:t xml:space="preserve">Page </w:t>
          </w:r>
          <w:r>
            <w:rPr>
              <w:color w:val="7F8C99"/>
              <w:sz w:val="16"/>
            </w:rPr>
            <w:fldChar w:fldCharType="begin"/>
          </w:r>
          <w:r>
            <w:rPr>
              <w:color w:val="7F8C99"/>
              <w:sz w:val="16"/>
            </w:rPr>
            <w:instrText>PAGE</w:instrText>
          </w:r>
          <w:r>
            <w:rPr>
              <w:color w:val="7F8C99"/>
              <w:sz w:val="16"/>
            </w:rPr>
            <w:fldChar w:fldCharType="separate"/>
          </w:r>
          <w:r w:rsidR="002B39B6">
            <w:rPr>
              <w:noProof/>
              <w:color w:val="7F8C99"/>
              <w:sz w:val="16"/>
            </w:rPr>
            <w:t>1</w:t>
          </w:r>
          <w:r>
            <w:rPr>
              <w:color w:val="7F8C99"/>
              <w:sz w:val="16"/>
            </w:rPr>
            <w:fldChar w:fldCharType="end"/>
          </w:r>
          <w:r>
            <w:rPr>
              <w:color w:val="7F8C99"/>
              <w:sz w:val="16"/>
            </w:rPr>
            <w:t xml:space="preserve"> of </w:t>
          </w:r>
          <w:r>
            <w:rPr>
              <w:color w:val="7F8C99"/>
              <w:sz w:val="16"/>
            </w:rPr>
            <w:fldChar w:fldCharType="begin"/>
          </w:r>
          <w:r>
            <w:rPr>
              <w:color w:val="7F8C99"/>
              <w:sz w:val="16"/>
            </w:rPr>
            <w:instrText>NUMPAGES</w:instrText>
          </w:r>
          <w:r>
            <w:rPr>
              <w:color w:val="7F8C99"/>
              <w:sz w:val="16"/>
            </w:rPr>
            <w:fldChar w:fldCharType="separate"/>
          </w:r>
          <w:r w:rsidR="002B39B6">
            <w:rPr>
              <w:noProof/>
              <w:color w:val="7F8C99"/>
              <w:sz w:val="16"/>
            </w:rPr>
            <w:t>2</w:t>
          </w:r>
          <w:r>
            <w:rPr>
              <w:color w:val="7F8C99"/>
              <w:sz w:val="16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820" w:rsidRDefault="00642820">
      <w:pPr>
        <w:spacing w:after="0" w:line="240" w:lineRule="auto"/>
      </w:pPr>
      <w:r>
        <w:separator/>
      </w:r>
    </w:p>
  </w:footnote>
  <w:footnote w:type="continuationSeparator" w:id="0">
    <w:p w:rsidR="00642820" w:rsidRDefault="006428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68" w:type="dxa"/>
      <w:jc w:val="center"/>
      <w:tblLayout w:type="fixed"/>
      <w:tblLook w:val="04A0" w:firstRow="1" w:lastRow="0" w:firstColumn="1" w:lastColumn="0" w:noHBand="0" w:noVBand="1"/>
    </w:tblPr>
    <w:tblGrid>
      <w:gridCol w:w="1080"/>
      <w:gridCol w:w="7517"/>
      <w:gridCol w:w="1771"/>
    </w:tblGrid>
    <w:tr w:rsidR="009642DA">
      <w:trPr>
        <w:jc w:val="center"/>
      </w:trPr>
      <w:tc>
        <w:tcPr>
          <w:tcW w:w="1080" w:type="dxa"/>
          <w:tcBorders>
            <w:bottom w:val="single" w:sz="8" w:space="0" w:color="17365D"/>
          </w:tcBorders>
          <w:tcMar>
            <w:top w:w="0" w:type="dxa"/>
            <w:left w:w="0" w:type="dxa"/>
            <w:bottom w:w="0" w:type="dxa"/>
            <w:right w:w="80" w:type="dxa"/>
          </w:tcMar>
        </w:tcPr>
        <w:p w:rsidR="009642DA" w:rsidRDefault="005B6B03">
          <w:pPr>
            <w:jc w:val="center"/>
          </w:pPr>
          <w:r>
            <w:rPr>
              <w:noProof/>
              <w:lang w:val="en-PH" w:eastAsia="en-PH"/>
            </w:rPr>
            <w:drawing>
              <wp:inline distT="0" distB="0" distL="0" distR="0">
                <wp:extent cx="486000" cy="544981"/>
                <wp:effectExtent l="0" t="0" r="0" b="0"/>
                <wp:docPr id="1" name="SBMA Logo" descr="Subic Bay Metropolitan Authority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6000" cy="5449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7" w:type="dxa"/>
          <w:tcBorders>
            <w:bottom w:val="single" w:sz="8" w:space="0" w:color="17365D"/>
          </w:tcBorders>
        </w:tcPr>
        <w:p w:rsidR="009642DA" w:rsidRDefault="005B6B03">
          <w:pPr>
            <w:spacing w:after="0" w:line="240" w:lineRule="auto"/>
            <w:jc w:val="center"/>
          </w:pPr>
          <w:r>
            <w:rPr>
              <w:b/>
              <w:color w:val="17365D"/>
            </w:rPr>
            <w:t>SUBIC BAY METROPOLITAN AUTHORITY</w:t>
          </w:r>
        </w:p>
        <w:p w:rsidR="009642DA" w:rsidRDefault="005B6B03">
          <w:pPr>
            <w:spacing w:after="0" w:line="240" w:lineRule="auto"/>
            <w:jc w:val="center"/>
          </w:pPr>
          <w:r>
            <w:rPr>
              <w:b/>
              <w:sz w:val="16"/>
            </w:rPr>
            <w:t>Visa Processing and Accreditation Department</w:t>
          </w:r>
        </w:p>
        <w:p w:rsidR="009642DA" w:rsidRPr="002B39B6" w:rsidRDefault="005B6B03" w:rsidP="002B39B6">
          <w:pPr>
            <w:spacing w:after="0" w:line="240" w:lineRule="auto"/>
            <w:jc w:val="center"/>
            <w:rPr>
              <w:b/>
              <w:color w:val="7F8C99"/>
              <w:sz w:val="14"/>
            </w:rPr>
          </w:pPr>
          <w:r w:rsidRPr="002B39B6">
            <w:rPr>
              <w:b/>
              <w:color w:val="7F8C99"/>
              <w:sz w:val="14"/>
            </w:rPr>
            <w:t>Regulatory Affairs | (047) 252-4257</w:t>
          </w:r>
        </w:p>
        <w:p w:rsidR="002B39B6" w:rsidRDefault="002B39B6" w:rsidP="002B39B6">
          <w:pPr>
            <w:spacing w:after="0" w:line="240" w:lineRule="auto"/>
            <w:jc w:val="center"/>
          </w:pPr>
          <w:r w:rsidRPr="002B39B6">
            <w:rPr>
              <w:b/>
              <w:color w:val="7F8C99"/>
              <w:sz w:val="14"/>
            </w:rPr>
            <w:t>Email: visaprocessing@sbma.com</w:t>
          </w:r>
        </w:p>
      </w:tc>
      <w:tc>
        <w:tcPr>
          <w:tcW w:w="1771" w:type="dxa"/>
          <w:tcBorders>
            <w:bottom w:val="single" w:sz="8" w:space="0" w:color="17365D"/>
          </w:tcBorders>
        </w:tcPr>
        <w:p w:rsidR="009642DA" w:rsidRDefault="005B6B03">
          <w:pPr>
            <w:spacing w:after="0" w:line="240" w:lineRule="auto"/>
          </w:pPr>
          <w:r>
            <w:rPr>
              <w:b/>
              <w:color w:val="17365D"/>
              <w:sz w:val="14"/>
            </w:rPr>
            <w:t>VPA-VISA-Form-04</w:t>
          </w:r>
          <w:r>
            <w:rPr>
              <w:b/>
              <w:color w:val="17365D"/>
              <w:sz w:val="14"/>
            </w:rPr>
            <w:br/>
          </w:r>
          <w:r>
            <w:rPr>
              <w:sz w:val="14"/>
            </w:rPr>
            <w:t>Revision No.: 00</w:t>
          </w:r>
          <w:r>
            <w:rPr>
              <w:sz w:val="14"/>
            </w:rPr>
            <w:br/>
            <w:t>Effectivity: 2026-07-01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2B39B6"/>
    <w:rsid w:val="00326F90"/>
    <w:rsid w:val="005B6B03"/>
    <w:rsid w:val="00642820"/>
    <w:rsid w:val="007B508C"/>
    <w:rsid w:val="009642DA"/>
    <w:rsid w:val="00AA1D8D"/>
    <w:rsid w:val="00B47730"/>
    <w:rsid w:val="00CB0664"/>
    <w:rsid w:val="00E858AF"/>
    <w:rsid w:val="00F711D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3762B37"/>
  <w14:defaultImageDpi w14:val="300"/>
  <w15:docId w15:val="{D05F5C92-63E3-4C48-BDA7-D7A6ECCB9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60" w:line="259" w:lineRule="auto"/>
    </w:pPr>
    <w:rPr>
      <w:rFonts w:ascii="Arial" w:hAnsi="Arial"/>
      <w:color w:val="1F1F1F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/>
      <w:b/>
      <w:bCs/>
      <w:color w:val="17365D"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color w:val="1F4E78"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80" w:after="40"/>
      <w:outlineLvl w:val="2"/>
    </w:pPr>
    <w:rPr>
      <w:rFonts w:asciiTheme="majorHAnsi" w:eastAsiaTheme="majorEastAsia" w:hAnsiTheme="majorHAnsi" w:cstheme="majorBidi"/>
      <w:b/>
      <w:bCs/>
      <w:color w:val="1F4E7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/>
      <w:contextualSpacing/>
    </w:pPr>
    <w:rPr>
      <w:rFonts w:asciiTheme="majorHAnsi" w:eastAsiaTheme="majorEastAsia" w:hAnsiTheme="majorHAnsi" w:cstheme="majorBidi"/>
      <w:b/>
      <w:color w:val="17365D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B39B6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9B6"/>
    <w:rPr>
      <w:rFonts w:ascii="Segoe UI" w:hAnsi="Segoe UI" w:cs="Segoe UI"/>
      <w:color w:val="1F1F1F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C82571A-3349-4B97-B6D8-32A7473BF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Visa Exempt Certificate</vt:lpstr>
    </vt:vector>
  </TitlesOfParts>
  <Manager/>
  <Company/>
  <LinksUpToDate>false</LinksUpToDate>
  <CharactersWithSpaces>2344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Visa Exempt Certificate</dc:title>
  <dc:subject>Official VPAD visa application form and documentary checklist</dc:subject>
  <dc:creator>Visa Processing and Accreditation Department, SBMA</dc:creator>
  <cp:keywords>SBMA, VPAD, visa application, documentary requirements</cp:keywords>
  <dc:description>generated by python-docx</dc:description>
  <cp:lastModifiedBy>Levi N. Quindara</cp:lastModifiedBy>
  <cp:revision>4</cp:revision>
  <cp:lastPrinted>2026-08-05T02:53:00Z</cp:lastPrinted>
  <dcterms:created xsi:type="dcterms:W3CDTF">2026-08-04T00:58:00Z</dcterms:created>
  <dcterms:modified xsi:type="dcterms:W3CDTF">2026-08-05T02:56:00Z</dcterms:modified>
  <cp:category/>
</cp:coreProperties>
</file>