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1944"/>
        <w:gridCol w:w="8424"/>
      </w:tblGrid>
      <w:tr w:rsidR="002C4C60">
        <w:trPr>
          <w:trHeight w:val="1956"/>
        </w:trPr>
        <w:tc>
          <w:tcPr>
            <w:tcW w:w="1944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7F8C99"/>
                <w:sz w:val="16"/>
              </w:rPr>
              <w:t>2 x 2 PHOTO</w:t>
            </w:r>
            <w:r>
              <w:rPr>
                <w:b/>
                <w:color w:val="7F8C99"/>
                <w:sz w:val="16"/>
              </w:rPr>
              <w:br/>
              <w:t>Taken within the last 6 months</w:t>
            </w:r>
            <w:r>
              <w:rPr>
                <w:b/>
                <w:color w:val="7F8C99"/>
                <w:sz w:val="16"/>
              </w:rPr>
              <w:br/>
              <w:t>Proper attire</w:t>
            </w:r>
          </w:p>
        </w:tc>
        <w:tc>
          <w:tcPr>
            <w:tcW w:w="8424" w:type="dxa"/>
            <w:tcBorders>
              <w:bottom w:val="single" w:sz="8" w:space="0" w:color="17365D"/>
            </w:tcBorders>
            <w:tcMar>
              <w:top w:w="140" w:type="dxa"/>
              <w:left w:w="200" w:type="dxa"/>
              <w:bottom w:w="100" w:type="dxa"/>
              <w:right w:w="12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7365D"/>
                <w:sz w:val="27"/>
              </w:rPr>
              <w:t>REQUEST / APPLICATION FOR SPECIAL SUBIC-CLARK DEPENDENT VISA (SSCDV)</w:t>
            </w:r>
          </w:p>
          <w:p w:rsidR="002C4C60" w:rsidRDefault="00CF7D97">
            <w:pPr>
              <w:spacing w:before="100" w:after="0" w:line="276" w:lineRule="auto"/>
              <w:jc w:val="center"/>
            </w:pPr>
            <w:r>
              <w:rPr>
                <w:b/>
                <w:color w:val="1F4E78"/>
              </w:rPr>
              <w:t>SPONSOR CATEGORY:  □ Working - New     □ Working - Renewal     □ Investor</w:t>
            </w:r>
          </w:p>
        </w:tc>
      </w:tr>
    </w:tbl>
    <w:p w:rsidR="002C4C60" w:rsidRDefault="002C4C60">
      <w:pPr>
        <w:spacing w:after="0" w:line="240" w:lineRule="auto"/>
      </w:pPr>
    </w:p>
    <w:p w:rsidR="002C4C60" w:rsidRDefault="00CF7D97">
      <w:pPr>
        <w:spacing w:after="100" w:line="252" w:lineRule="auto"/>
        <w:jc w:val="both"/>
      </w:pPr>
      <w:r>
        <w:rPr>
          <w:sz w:val="16"/>
        </w:rPr>
        <w:t>The undersigned requests the issuance of a Special Subic-Clark Dependent Visa (SSCDV), with special multiple-entry privileges and exemptions from exit clearance certificates, re-entry permits, and special return certificates, pursuant to the Memorandum of Agreement and Joint Memorandum Order Nos. 001-2009, 2014, and 2022.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1583"/>
        <w:gridCol w:w="863"/>
        <w:gridCol w:w="144"/>
        <w:gridCol w:w="575"/>
        <w:gridCol w:w="1726"/>
        <w:gridCol w:w="216"/>
        <w:gridCol w:w="72"/>
        <w:gridCol w:w="575"/>
        <w:gridCol w:w="1151"/>
        <w:gridCol w:w="144"/>
        <w:gridCol w:w="719"/>
        <w:gridCol w:w="288"/>
        <w:gridCol w:w="2302"/>
        <w:gridCol w:w="10"/>
      </w:tblGrid>
      <w:tr w:rsidR="002C4C60">
        <w:trPr>
          <w:gridAfter w:val="1"/>
          <w:wAfter w:w="10" w:type="dxa"/>
        </w:trPr>
        <w:tc>
          <w:tcPr>
            <w:tcW w:w="10368" w:type="dxa"/>
            <w:gridSpan w:val="13"/>
            <w:tcBorders>
              <w:bottom w:val="single" w:sz="6" w:space="0" w:color="1F4E78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7365D"/>
              </w:rPr>
              <w:t>APPLICANT INFORMATION</w:t>
            </w: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2448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FIRST NAME</w:t>
            </w:r>
          </w:p>
        </w:tc>
        <w:tc>
          <w:tcPr>
            <w:tcW w:w="2448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MIDDLE NAME</w:t>
            </w:r>
          </w:p>
        </w:tc>
        <w:tc>
          <w:tcPr>
            <w:tcW w:w="2880" w:type="dxa"/>
            <w:gridSpan w:val="6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LAST NAME</w:t>
            </w:r>
          </w:p>
        </w:tc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SIGNATURE</w:t>
            </w:r>
          </w:p>
        </w:tc>
      </w:tr>
      <w:tr w:rsidR="002C4C60">
        <w:tblPrEx>
          <w:jc w:val="center"/>
        </w:tblPrEx>
        <w:trPr>
          <w:trHeight w:val="295"/>
          <w:jc w:val="center"/>
        </w:trPr>
        <w:tc>
          <w:tcPr>
            <w:tcW w:w="2448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2448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2880" w:type="dxa"/>
            <w:gridSpan w:val="6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1584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AGE</w:t>
            </w:r>
          </w:p>
        </w:tc>
        <w:tc>
          <w:tcPr>
            <w:tcW w:w="1584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SEX</w:t>
            </w:r>
          </w:p>
        </w:tc>
        <w:tc>
          <w:tcPr>
            <w:tcW w:w="194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HEIGHT (cm)</w:t>
            </w:r>
          </w:p>
        </w:tc>
        <w:tc>
          <w:tcPr>
            <w:tcW w:w="1944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WEIGHT (kg)</w:t>
            </w:r>
          </w:p>
        </w:tc>
        <w:tc>
          <w:tcPr>
            <w:tcW w:w="3312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BLOOD TYPE</w:t>
            </w:r>
          </w:p>
        </w:tc>
      </w:tr>
      <w:tr w:rsidR="002C4C60">
        <w:tblPrEx>
          <w:jc w:val="center"/>
        </w:tblPrEx>
        <w:trPr>
          <w:trHeight w:val="187"/>
          <w:jc w:val="center"/>
        </w:trPr>
        <w:tc>
          <w:tcPr>
            <w:tcW w:w="1584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1584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194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1944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3312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RACE</w:t>
            </w:r>
          </w:p>
        </w:tc>
        <w:tc>
          <w:tcPr>
            <w:tcW w:w="2592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EYE COLOR</w:t>
            </w:r>
          </w:p>
        </w:tc>
        <w:tc>
          <w:tcPr>
            <w:tcW w:w="2592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HAIR COLOR</w:t>
            </w:r>
          </w:p>
        </w:tc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COMPLEXION</w:t>
            </w:r>
          </w:p>
        </w:tc>
      </w:tr>
      <w:tr w:rsidR="002C4C60">
        <w:tblPrEx>
          <w:jc w:val="center"/>
        </w:tblPrEx>
        <w:trPr>
          <w:trHeight w:val="187"/>
          <w:jc w:val="center"/>
        </w:trPr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2592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2592" w:type="dxa"/>
            <w:gridSpan w:val="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259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  <w:tr w:rsidR="002C4C60">
        <w:trPr>
          <w:gridAfter w:val="1"/>
          <w:wAfter w:w="10" w:type="dxa"/>
        </w:trPr>
        <w:tc>
          <w:tcPr>
            <w:tcW w:w="10368" w:type="dxa"/>
            <w:gridSpan w:val="13"/>
            <w:tcBorders>
              <w:bottom w:val="single" w:sz="6" w:space="0" w:color="1F4E78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7365D"/>
              </w:rPr>
              <w:t>RESIDENTIAL AND PASSPORT INFORMATION</w:t>
            </w: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10368" w:type="dxa"/>
            <w:gridSpan w:val="1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PHILIPPINE RESIDENTIAL ADDRESS</w:t>
            </w:r>
          </w:p>
        </w:tc>
      </w:tr>
      <w:tr w:rsidR="002C4C60">
        <w:tblPrEx>
          <w:jc w:val="center"/>
        </w:tblPrEx>
        <w:trPr>
          <w:trHeight w:val="312"/>
          <w:jc w:val="center"/>
        </w:trPr>
        <w:tc>
          <w:tcPr>
            <w:tcW w:w="10368" w:type="dxa"/>
            <w:gridSpan w:val="1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NATIONALITY</w:t>
            </w: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TELEPHONE / MOBILE NO.</w:t>
            </w:r>
          </w:p>
        </w:tc>
      </w:tr>
      <w:tr w:rsidR="002C4C60">
        <w:tblPrEx>
          <w:jc w:val="center"/>
        </w:tblPrEx>
        <w:trPr>
          <w:trHeight w:val="193"/>
          <w:jc w:val="center"/>
        </w:trPr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CIVIL STATUS</w:t>
            </w: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PASSPORT NO.</w:t>
            </w:r>
          </w:p>
        </w:tc>
      </w:tr>
      <w:tr w:rsidR="002C4C60">
        <w:tblPrEx>
          <w:jc w:val="center"/>
        </w:tblPrEx>
        <w:trPr>
          <w:trHeight w:val="193"/>
          <w:jc w:val="center"/>
        </w:trPr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PLACE OF ISSUE</w:t>
            </w: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DATE OF ISSUE</w:t>
            </w:r>
          </w:p>
        </w:tc>
      </w:tr>
      <w:tr w:rsidR="002C4C60">
        <w:tblPrEx>
          <w:jc w:val="center"/>
        </w:tblPrEx>
        <w:trPr>
          <w:trHeight w:val="193"/>
          <w:jc w:val="center"/>
        </w:trPr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VALID UNTIL</w:t>
            </w: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PLACE OF BIRTH</w:t>
            </w:r>
          </w:p>
        </w:tc>
      </w:tr>
      <w:tr w:rsidR="002C4C60">
        <w:tblPrEx>
          <w:jc w:val="center"/>
        </w:tblPrEx>
        <w:trPr>
          <w:trHeight w:val="193"/>
          <w:jc w:val="center"/>
        </w:trPr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DATE OF BIRTH (YYYY-MM-DD)</w:t>
            </w: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EMAIL ADDRESS</w:t>
            </w:r>
          </w:p>
        </w:tc>
      </w:tr>
      <w:tr w:rsidR="002C4C60">
        <w:tblPrEx>
          <w:jc w:val="center"/>
        </w:tblPrEx>
        <w:trPr>
          <w:trHeight w:val="193"/>
          <w:jc w:val="center"/>
        </w:trPr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5184" w:type="dxa"/>
            <w:gridSpan w:val="7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  <w:tr w:rsidR="002C4C60">
        <w:trPr>
          <w:gridAfter w:val="1"/>
          <w:wAfter w:w="10" w:type="dxa"/>
        </w:trPr>
        <w:tc>
          <w:tcPr>
            <w:tcW w:w="10368" w:type="dxa"/>
            <w:gridSpan w:val="13"/>
            <w:tcBorders>
              <w:bottom w:val="single" w:sz="6" w:space="0" w:color="1F4E78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7365D"/>
              </w:rPr>
              <w:t>PRINCIPAL SPONSOR INFORMATION</w:t>
            </w: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5760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SPONSOR'S FULL NAME</w:t>
            </w:r>
          </w:p>
        </w:tc>
        <w:tc>
          <w:tcPr>
            <w:tcW w:w="115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AGE</w:t>
            </w:r>
          </w:p>
        </w:tc>
        <w:tc>
          <w:tcPr>
            <w:tcW w:w="115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SEX</w:t>
            </w:r>
          </w:p>
        </w:tc>
        <w:tc>
          <w:tcPr>
            <w:tcW w:w="230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NATIONALITY</w:t>
            </w:r>
          </w:p>
        </w:tc>
      </w:tr>
      <w:tr w:rsidR="002C4C60">
        <w:tblPrEx>
          <w:jc w:val="center"/>
        </w:tblPrEx>
        <w:trPr>
          <w:trHeight w:val="272"/>
          <w:jc w:val="center"/>
        </w:trPr>
        <w:tc>
          <w:tcPr>
            <w:tcW w:w="5760" w:type="dxa"/>
            <w:gridSpan w:val="8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115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1152" w:type="dxa"/>
            <w:gridSpan w:val="3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  <w:tc>
          <w:tcPr>
            <w:tcW w:w="2304" w:type="dxa"/>
            <w:gridSpan w:val="2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  <w:tr w:rsidR="002C4C60">
        <w:tblPrEx>
          <w:jc w:val="center"/>
        </w:tblPrEx>
        <w:trPr>
          <w:jc w:val="center"/>
        </w:trPr>
        <w:tc>
          <w:tcPr>
            <w:tcW w:w="10368" w:type="dxa"/>
            <w:gridSpan w:val="1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40" w:type="dxa"/>
              <w:left w:w="90" w:type="dxa"/>
              <w:bottom w:w="35" w:type="dxa"/>
              <w:right w:w="9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b/>
                <w:color w:val="1F4E78"/>
                <w:sz w:val="14"/>
              </w:rPr>
              <w:t>SPONSOR'S SSCV / PASSPORT REFERENCE (if applicable)</w:t>
            </w:r>
          </w:p>
        </w:tc>
      </w:tr>
      <w:tr w:rsidR="002C4C60">
        <w:tblPrEx>
          <w:jc w:val="center"/>
        </w:tblPrEx>
        <w:trPr>
          <w:trHeight w:val="238"/>
          <w:jc w:val="center"/>
        </w:trPr>
        <w:tc>
          <w:tcPr>
            <w:tcW w:w="10368" w:type="dxa"/>
            <w:gridSpan w:val="14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2C4C60" w:rsidRDefault="002C4C60">
            <w:pPr>
              <w:spacing w:after="0" w:line="240" w:lineRule="auto"/>
            </w:pPr>
          </w:p>
        </w:tc>
      </w:tr>
    </w:tbl>
    <w:p w:rsidR="002C4C60" w:rsidRDefault="00CF7D97">
      <w:pPr>
        <w:spacing w:before="100" w:after="0" w:line="240" w:lineRule="auto"/>
        <w:jc w:val="right"/>
      </w:pPr>
      <w:r>
        <w:rPr>
          <w:b/>
          <w:color w:val="1F4E78"/>
          <w:sz w:val="15"/>
        </w:rPr>
        <w:t>Please proceed to Page 2 for the documentary requirements checklist.</w:t>
      </w:r>
    </w:p>
    <w:p w:rsidR="002C4C60" w:rsidRDefault="00CF7D97">
      <w:r>
        <w:br w:type="page"/>
      </w:r>
      <w:bookmarkStart w:id="0" w:name="_GoBack"/>
      <w:bookmarkEnd w:id="0"/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10368"/>
      </w:tblGrid>
      <w:tr w:rsidR="002C4C60">
        <w:tc>
          <w:tcPr>
            <w:tcW w:w="10368" w:type="dxa"/>
            <w:shd w:val="clear" w:color="auto" w:fill="17365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6"/>
              </w:rPr>
              <w:lastRenderedPageBreak/>
              <w:t>REQUEST / APPLICATION FOR SPECIAL SUBIC-CLARK DEPENDENT VISA (SSCDV)</w:t>
            </w:r>
          </w:p>
        </w:tc>
      </w:tr>
    </w:tbl>
    <w:p w:rsidR="002C4C60" w:rsidRDefault="00CF7D97">
      <w:pPr>
        <w:spacing w:after="100" w:line="240" w:lineRule="auto"/>
        <w:jc w:val="center"/>
      </w:pPr>
      <w:r>
        <w:rPr>
          <w:b/>
          <w:color w:val="1F4E78"/>
          <w:sz w:val="17"/>
        </w:rPr>
        <w:t>DOCUMENTARY REQUIREMENTS / APPLICANT CHECKLIST</w:t>
      </w:r>
    </w:p>
    <w:p w:rsidR="002C4C60" w:rsidRDefault="00CF7D97">
      <w:pPr>
        <w:spacing w:after="100" w:line="240" w:lineRule="auto"/>
      </w:pPr>
      <w:r>
        <w:rPr>
          <w:i/>
          <w:color w:val="7F8C99"/>
          <w:sz w:val="16"/>
        </w:rPr>
        <w:t>Place a check mark in the left column and arrange the documents in the order listed below.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936"/>
        <w:gridCol w:w="720"/>
        <w:gridCol w:w="8712"/>
      </w:tblGrid>
      <w:tr w:rsidR="002C4C60">
        <w:trPr>
          <w:tblHeader/>
        </w:trPr>
        <w:tc>
          <w:tcPr>
            <w:tcW w:w="936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CHECK</w:t>
            </w:r>
          </w:p>
        </w:tc>
        <w:tc>
          <w:tcPr>
            <w:tcW w:w="720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NO.</w:t>
            </w:r>
          </w:p>
        </w:tc>
        <w:tc>
          <w:tcPr>
            <w:tcW w:w="8712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REQUIREMENT</w:t>
            </w:r>
          </w:p>
        </w:tc>
      </w:tr>
      <w:tr w:rsidR="002C4C60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1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sz w:val="16"/>
              </w:rPr>
              <w:t>Duly accomplished application form with a recent 2 x 2 colored photograph.</w:t>
            </w:r>
          </w:p>
        </w:tc>
      </w:tr>
      <w:tr w:rsidR="002C4C60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2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sz w:val="16"/>
              </w:rPr>
              <w:t>Photocopy of the passport bio-page with at least six (6) months' validity, the latest arrival stamp/visa, an updated authorized stay, and a copy of the SSCDV sticker for renewal applications.</w:t>
            </w:r>
          </w:p>
        </w:tc>
      </w:tr>
      <w:tr w:rsidR="002C4C60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3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sz w:val="16"/>
              </w:rPr>
              <w:t>Notarized Affidavit of Support/Guarantee executed by the principal sponsor.</w:t>
            </w:r>
          </w:p>
        </w:tc>
      </w:tr>
      <w:tr w:rsidR="002C4C60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4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sz w:val="16"/>
              </w:rPr>
              <w:t>Birth Certificate for a child or Marriage Certificate for a spouse, in English or with an English translation, duly authenticated, notarized, apostilled, or attested by the embassy of the applicant's country of origin. Not required for renewal applications.</w:t>
            </w:r>
          </w:p>
        </w:tc>
      </w:tr>
      <w:tr w:rsidR="002C4C60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5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sz w:val="16"/>
              </w:rPr>
              <w:t>Original or photocopy of medical results/clearance (Hepatitis, HIV, and X-ray) and psychological clearance, or a medical and psychological certification issued by the doctor. Not required for renewal applications. Psychological examination is not required for a dependent child below 18 years old.</w:t>
            </w:r>
          </w:p>
        </w:tc>
      </w:tr>
      <w:tr w:rsidR="002C4C60">
        <w:tc>
          <w:tcPr>
            <w:tcW w:w="93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color w:val="1F4E78"/>
                <w:sz w:val="24"/>
              </w:rPr>
              <w:t>□</w:t>
            </w:r>
          </w:p>
        </w:tc>
        <w:tc>
          <w:tcPr>
            <w:tcW w:w="720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6</w:t>
            </w:r>
          </w:p>
        </w:tc>
        <w:tc>
          <w:tcPr>
            <w:tcW w:w="871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sz w:val="16"/>
              </w:rPr>
              <w:t>Photocopy of the sponsor's SSCWV endorsement, passport bio-page, and visa sticker, if applicable.</w:t>
            </w:r>
          </w:p>
        </w:tc>
      </w:tr>
    </w:tbl>
    <w:p w:rsidR="002C4C60" w:rsidRDefault="00CF7D97">
      <w:pPr>
        <w:keepNext/>
        <w:spacing w:before="100" w:after="40" w:line="240" w:lineRule="auto"/>
      </w:pPr>
      <w:r>
        <w:rPr>
          <w:b/>
          <w:color w:val="17365D"/>
          <w:sz w:val="17"/>
        </w:rPr>
        <w:t>APPLICABLE VPAD FEE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7992"/>
        <w:gridCol w:w="2376"/>
      </w:tblGrid>
      <w:tr w:rsidR="002C4C60">
        <w:trPr>
          <w:tblHeader/>
        </w:trPr>
        <w:tc>
          <w:tcPr>
            <w:tcW w:w="7992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TRANSACTION</w:t>
            </w:r>
          </w:p>
        </w:tc>
        <w:tc>
          <w:tcPr>
            <w:tcW w:w="2376" w:type="dxa"/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FEE</w:t>
            </w:r>
          </w:p>
        </w:tc>
      </w:tr>
      <w:tr w:rsidR="002C4C60">
        <w:tc>
          <w:tcPr>
            <w:tcW w:w="799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sz w:val="16"/>
              </w:rPr>
              <w:t>SSCDV - Working, new</w:t>
            </w:r>
          </w:p>
        </w:tc>
        <w:tc>
          <w:tcPr>
            <w:tcW w:w="237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USD 75.00</w:t>
            </w:r>
          </w:p>
        </w:tc>
      </w:tr>
      <w:tr w:rsidR="002C4C60">
        <w:tc>
          <w:tcPr>
            <w:tcW w:w="799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sz w:val="16"/>
              </w:rPr>
              <w:t>SSCDV - Working renewal, 14 years old and below</w:t>
            </w:r>
          </w:p>
        </w:tc>
        <w:tc>
          <w:tcPr>
            <w:tcW w:w="237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USD 75.00</w:t>
            </w:r>
          </w:p>
        </w:tc>
      </w:tr>
      <w:tr w:rsidR="002C4C60">
        <w:tc>
          <w:tcPr>
            <w:tcW w:w="799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sz w:val="16"/>
              </w:rPr>
              <w:t>SSCDV - Working renewal, spouse and ages 15-21</w:t>
            </w:r>
          </w:p>
        </w:tc>
        <w:tc>
          <w:tcPr>
            <w:tcW w:w="237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USD 50.00</w:t>
            </w:r>
          </w:p>
        </w:tc>
      </w:tr>
      <w:tr w:rsidR="002C4C60">
        <w:tc>
          <w:tcPr>
            <w:tcW w:w="7992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</w:pPr>
            <w:r>
              <w:rPr>
                <w:sz w:val="16"/>
              </w:rPr>
              <w:t>SSCDV - Investor</w:t>
            </w:r>
          </w:p>
        </w:tc>
        <w:tc>
          <w:tcPr>
            <w:tcW w:w="2376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FAFB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4C60" w:rsidRDefault="00CF7D97">
            <w:pPr>
              <w:spacing w:after="0" w:line="240" w:lineRule="auto"/>
              <w:jc w:val="center"/>
            </w:pPr>
            <w:r>
              <w:rPr>
                <w:b/>
                <w:color w:val="1F4E78"/>
                <w:sz w:val="16"/>
              </w:rPr>
              <w:t>USD 50.00</w:t>
            </w:r>
          </w:p>
        </w:tc>
      </w:tr>
    </w:tbl>
    <w:p w:rsidR="002C4C60" w:rsidRDefault="00CF7D97">
      <w:pPr>
        <w:keepNext/>
        <w:spacing w:before="100" w:after="40" w:line="240" w:lineRule="auto"/>
      </w:pPr>
      <w:r>
        <w:rPr>
          <w:b/>
          <w:color w:val="17365D"/>
          <w:sz w:val="17"/>
        </w:rPr>
        <w:t>IMPORTANT NOTES</w:t>
      </w: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10368"/>
      </w:tblGrid>
      <w:tr w:rsidR="002C4C60">
        <w:tc>
          <w:tcPr>
            <w:tcW w:w="10368" w:type="dxa"/>
            <w:tcBorders>
              <w:top w:val="single" w:sz="4" w:space="0" w:color="C8D2DA"/>
              <w:left w:val="single" w:sz="4" w:space="0" w:color="C8D2DA"/>
              <w:bottom w:val="single" w:sz="4" w:space="0" w:color="C8D2DA"/>
              <w:right w:val="single" w:sz="4" w:space="0" w:color="C8D2DA"/>
            </w:tcBorders>
            <w:shd w:val="clear" w:color="auto" w:fill="EEF4F8"/>
            <w:tcMar>
              <w:top w:w="90" w:type="dxa"/>
              <w:left w:w="130" w:type="dxa"/>
              <w:bottom w:w="90" w:type="dxa"/>
              <w:right w:w="130" w:type="dxa"/>
            </w:tcMar>
          </w:tcPr>
          <w:p w:rsidR="002C4C60" w:rsidRDefault="00CF7D97">
            <w:pPr>
              <w:spacing w:after="40" w:line="252" w:lineRule="auto"/>
            </w:pPr>
            <w:r>
              <w:rPr>
                <w:b/>
                <w:color w:val="1F4E78"/>
                <w:sz w:val="15"/>
              </w:rPr>
              <w:t xml:space="preserve">1. </w:t>
            </w:r>
            <w:r>
              <w:rPr>
                <w:sz w:val="15"/>
              </w:rPr>
              <w:t>Additional requirements or supporting documents may be required during evaluation.</w:t>
            </w:r>
          </w:p>
          <w:p w:rsidR="002C4C60" w:rsidRDefault="00CF7D97">
            <w:pPr>
              <w:spacing w:after="40" w:line="252" w:lineRule="auto"/>
            </w:pPr>
            <w:r>
              <w:rPr>
                <w:b/>
                <w:color w:val="1F4E78"/>
                <w:sz w:val="15"/>
              </w:rPr>
              <w:t xml:space="preserve">2. </w:t>
            </w:r>
            <w:r>
              <w:rPr>
                <w:sz w:val="15"/>
              </w:rPr>
              <w:t>Arrange the documents in the order listed above and submit them in a long folder with fastener. Incomplete or improperly arranged submissions may not be accepted.</w:t>
            </w:r>
          </w:p>
          <w:p w:rsidR="002C4C60" w:rsidRDefault="00CF7D97">
            <w:pPr>
              <w:spacing w:after="40" w:line="252" w:lineRule="auto"/>
            </w:pPr>
            <w:r>
              <w:rPr>
                <w:b/>
                <w:color w:val="1F4E78"/>
                <w:sz w:val="15"/>
              </w:rPr>
              <w:t xml:space="preserve">3. </w:t>
            </w:r>
            <w:r>
              <w:rPr>
                <w:sz w:val="15"/>
              </w:rPr>
              <w:t>For Bureau of Immigration implementation fees and requirements, coordinate with the BI personnel assigned at the same office.</w:t>
            </w:r>
          </w:p>
        </w:tc>
      </w:tr>
    </w:tbl>
    <w:p w:rsidR="00CF7D97" w:rsidRDefault="00CF7D97"/>
    <w:sectPr w:rsidR="00CF7D97" w:rsidSect="00034616">
      <w:headerReference w:type="default" r:id="rId8"/>
      <w:footerReference w:type="default" r:id="rId9"/>
      <w:pgSz w:w="11906" w:h="16838"/>
      <w:pgMar w:top="709" w:right="765" w:bottom="709" w:left="765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91D" w:rsidRDefault="00D4791D">
      <w:pPr>
        <w:spacing w:after="0" w:line="240" w:lineRule="auto"/>
      </w:pPr>
      <w:r>
        <w:separator/>
      </w:r>
    </w:p>
  </w:endnote>
  <w:endnote w:type="continuationSeparator" w:id="0">
    <w:p w:rsidR="00D4791D" w:rsidRDefault="00D47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C60" w:rsidRDefault="002C4C60">
    <w:pPr>
      <w:pStyle w:val="Footer"/>
    </w:pPr>
  </w:p>
  <w:tbl>
    <w:tblPr>
      <w:tblW w:w="10368" w:type="dxa"/>
      <w:jc w:val="center"/>
      <w:tblLayout w:type="fixed"/>
      <w:tblLook w:val="04A0" w:firstRow="1" w:lastRow="0" w:firstColumn="1" w:lastColumn="0" w:noHBand="0" w:noVBand="1"/>
    </w:tblPr>
    <w:tblGrid>
      <w:gridCol w:w="7848"/>
      <w:gridCol w:w="2520"/>
    </w:tblGrid>
    <w:tr w:rsidR="002C4C60">
      <w:trPr>
        <w:jc w:val="center"/>
      </w:trPr>
      <w:tc>
        <w:tcPr>
          <w:tcW w:w="7848" w:type="dxa"/>
          <w:tcBorders>
            <w:top w:val="single" w:sz="4" w:space="0" w:color="B7C9D6"/>
          </w:tcBorders>
          <w:tcMar>
            <w:top w:w="80" w:type="dxa"/>
            <w:left w:w="100" w:type="dxa"/>
            <w:bottom w:w="80" w:type="dxa"/>
            <w:right w:w="100" w:type="dxa"/>
          </w:tcMar>
          <w:vAlign w:val="center"/>
        </w:tcPr>
        <w:p w:rsidR="002C4C60" w:rsidRDefault="00CF7D97">
          <w:pPr>
            <w:spacing w:after="0" w:line="240" w:lineRule="auto"/>
          </w:pPr>
          <w:r>
            <w:rPr>
              <w:color w:val="7F8C99"/>
              <w:sz w:val="14"/>
            </w:rPr>
            <w:t>VPA-VISA-Form-03 | Revision 00 | Effectivity Date: 2026-07-01</w:t>
          </w:r>
        </w:p>
      </w:tc>
      <w:tc>
        <w:tcPr>
          <w:tcW w:w="2520" w:type="dxa"/>
          <w:tcBorders>
            <w:top w:val="single" w:sz="4" w:space="0" w:color="B7C9D6"/>
          </w:tcBorders>
        </w:tcPr>
        <w:p w:rsidR="002C4C60" w:rsidRDefault="00CF7D97">
          <w:pPr>
            <w:jc w:val="right"/>
          </w:pPr>
          <w:r>
            <w:rPr>
              <w:color w:val="7F8C99"/>
              <w:sz w:val="16"/>
            </w:rPr>
            <w:t xml:space="preserve">Page </w:t>
          </w:r>
          <w:r>
            <w:rPr>
              <w:color w:val="7F8C99"/>
              <w:sz w:val="16"/>
            </w:rPr>
            <w:fldChar w:fldCharType="begin"/>
          </w:r>
          <w:r>
            <w:rPr>
              <w:color w:val="7F8C99"/>
              <w:sz w:val="16"/>
            </w:rPr>
            <w:instrText>PAGE</w:instrText>
          </w:r>
          <w:r>
            <w:rPr>
              <w:color w:val="7F8C99"/>
              <w:sz w:val="16"/>
            </w:rPr>
            <w:fldChar w:fldCharType="separate"/>
          </w:r>
          <w:r w:rsidR="00750B44">
            <w:rPr>
              <w:noProof/>
              <w:color w:val="7F8C99"/>
              <w:sz w:val="16"/>
            </w:rPr>
            <w:t>2</w:t>
          </w:r>
          <w:r>
            <w:rPr>
              <w:color w:val="7F8C99"/>
              <w:sz w:val="16"/>
            </w:rPr>
            <w:fldChar w:fldCharType="end"/>
          </w:r>
          <w:r>
            <w:rPr>
              <w:color w:val="7F8C99"/>
              <w:sz w:val="16"/>
            </w:rPr>
            <w:t xml:space="preserve"> of </w:t>
          </w:r>
          <w:r>
            <w:rPr>
              <w:color w:val="7F8C99"/>
              <w:sz w:val="16"/>
            </w:rPr>
            <w:fldChar w:fldCharType="begin"/>
          </w:r>
          <w:r>
            <w:rPr>
              <w:color w:val="7F8C99"/>
              <w:sz w:val="16"/>
            </w:rPr>
            <w:instrText>NUMPAGES</w:instrText>
          </w:r>
          <w:r>
            <w:rPr>
              <w:color w:val="7F8C99"/>
              <w:sz w:val="16"/>
            </w:rPr>
            <w:fldChar w:fldCharType="separate"/>
          </w:r>
          <w:r w:rsidR="00750B44">
            <w:rPr>
              <w:noProof/>
              <w:color w:val="7F8C99"/>
              <w:sz w:val="16"/>
            </w:rPr>
            <w:t>2</w:t>
          </w:r>
          <w:r>
            <w:rPr>
              <w:color w:val="7F8C99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91D" w:rsidRDefault="00D4791D">
      <w:pPr>
        <w:spacing w:after="0" w:line="240" w:lineRule="auto"/>
      </w:pPr>
      <w:r>
        <w:separator/>
      </w:r>
    </w:p>
  </w:footnote>
  <w:footnote w:type="continuationSeparator" w:id="0">
    <w:p w:rsidR="00D4791D" w:rsidRDefault="00D47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68" w:type="dxa"/>
      <w:jc w:val="center"/>
      <w:tblLayout w:type="fixed"/>
      <w:tblLook w:val="04A0" w:firstRow="1" w:lastRow="0" w:firstColumn="1" w:lastColumn="0" w:noHBand="0" w:noVBand="1"/>
    </w:tblPr>
    <w:tblGrid>
      <w:gridCol w:w="1080"/>
      <w:gridCol w:w="7517"/>
      <w:gridCol w:w="1771"/>
    </w:tblGrid>
    <w:tr w:rsidR="002C4C60">
      <w:trPr>
        <w:jc w:val="center"/>
      </w:trPr>
      <w:tc>
        <w:tcPr>
          <w:tcW w:w="1080" w:type="dxa"/>
          <w:tcBorders>
            <w:bottom w:val="single" w:sz="8" w:space="0" w:color="17365D"/>
          </w:tcBorders>
          <w:tcMar>
            <w:top w:w="0" w:type="dxa"/>
            <w:left w:w="0" w:type="dxa"/>
            <w:bottom w:w="0" w:type="dxa"/>
            <w:right w:w="80" w:type="dxa"/>
          </w:tcMar>
        </w:tcPr>
        <w:p w:rsidR="002C4C60" w:rsidRDefault="00CF7D97">
          <w:pPr>
            <w:jc w:val="center"/>
          </w:pPr>
          <w:r>
            <w:rPr>
              <w:noProof/>
              <w:lang w:val="en-PH" w:eastAsia="en-PH"/>
            </w:rPr>
            <w:drawing>
              <wp:inline distT="0" distB="0" distL="0" distR="0">
                <wp:extent cx="486000" cy="544981"/>
                <wp:effectExtent l="0" t="0" r="0" b="0"/>
                <wp:docPr id="1" name="SBMA Logo" descr="Subic Bay Metropolitan Authorit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000" cy="5449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7" w:type="dxa"/>
          <w:tcBorders>
            <w:bottom w:val="single" w:sz="8" w:space="0" w:color="17365D"/>
          </w:tcBorders>
        </w:tcPr>
        <w:p w:rsidR="002C4C60" w:rsidRDefault="00CF7D97">
          <w:pPr>
            <w:spacing w:after="0" w:line="240" w:lineRule="auto"/>
            <w:jc w:val="center"/>
          </w:pPr>
          <w:r>
            <w:rPr>
              <w:b/>
              <w:color w:val="17365D"/>
            </w:rPr>
            <w:t>SUBIC BAY METROPOLITAN AUTHORITY</w:t>
          </w:r>
        </w:p>
        <w:p w:rsidR="002C4C60" w:rsidRDefault="00CF7D97">
          <w:pPr>
            <w:spacing w:after="0" w:line="240" w:lineRule="auto"/>
            <w:jc w:val="center"/>
          </w:pPr>
          <w:r>
            <w:rPr>
              <w:b/>
              <w:sz w:val="16"/>
            </w:rPr>
            <w:t>Visa Processing and Accreditation Department</w:t>
          </w:r>
        </w:p>
        <w:p w:rsidR="002C4C60" w:rsidRPr="00750B44" w:rsidRDefault="00CF7D97" w:rsidP="00750B44">
          <w:pPr>
            <w:spacing w:after="0" w:line="240" w:lineRule="auto"/>
            <w:jc w:val="center"/>
            <w:rPr>
              <w:b/>
              <w:color w:val="7F8C99"/>
              <w:sz w:val="14"/>
            </w:rPr>
          </w:pPr>
          <w:r w:rsidRPr="00750B44">
            <w:rPr>
              <w:b/>
              <w:color w:val="7F8C99"/>
              <w:sz w:val="14"/>
            </w:rPr>
            <w:t>Regulatory Affairs | (047) 252-4257</w:t>
          </w:r>
        </w:p>
        <w:p w:rsidR="00750B44" w:rsidRDefault="00750B44" w:rsidP="00750B44">
          <w:pPr>
            <w:spacing w:after="0" w:line="240" w:lineRule="auto"/>
            <w:jc w:val="center"/>
          </w:pPr>
          <w:r w:rsidRPr="00750B44">
            <w:rPr>
              <w:b/>
              <w:color w:val="7F8C99"/>
              <w:sz w:val="14"/>
            </w:rPr>
            <w:t>Email: visaprocessing@sbma.com</w:t>
          </w:r>
        </w:p>
      </w:tc>
      <w:tc>
        <w:tcPr>
          <w:tcW w:w="1771" w:type="dxa"/>
          <w:tcBorders>
            <w:bottom w:val="single" w:sz="8" w:space="0" w:color="17365D"/>
          </w:tcBorders>
        </w:tcPr>
        <w:p w:rsidR="002C4C60" w:rsidRDefault="00CF7D97">
          <w:pPr>
            <w:spacing w:after="0" w:line="240" w:lineRule="auto"/>
          </w:pPr>
          <w:r>
            <w:rPr>
              <w:b/>
              <w:color w:val="17365D"/>
              <w:sz w:val="14"/>
            </w:rPr>
            <w:t>VPA-VISA-Form-03</w:t>
          </w:r>
          <w:r>
            <w:rPr>
              <w:b/>
              <w:color w:val="17365D"/>
              <w:sz w:val="14"/>
            </w:rPr>
            <w:br/>
          </w:r>
          <w:r>
            <w:rPr>
              <w:sz w:val="14"/>
            </w:rPr>
            <w:t>Revision No.: 00</w:t>
          </w:r>
          <w:r>
            <w:rPr>
              <w:sz w:val="14"/>
            </w:rPr>
            <w:br/>
            <w:t>Effectivity: 2026-07-01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C4C60"/>
    <w:rsid w:val="00326F90"/>
    <w:rsid w:val="00750B44"/>
    <w:rsid w:val="00AA1D8D"/>
    <w:rsid w:val="00B47730"/>
    <w:rsid w:val="00B52780"/>
    <w:rsid w:val="00CB0664"/>
    <w:rsid w:val="00CF7D97"/>
    <w:rsid w:val="00D479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59245D"/>
  <w14:defaultImageDpi w14:val="300"/>
  <w15:docId w15:val="{5F157432-905D-47B0-ABD7-D61A11BE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/>
      <w:color w:val="1F1F1F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7365D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1F4E78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1F4E7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F70A96-5713-4CC9-9B1F-0FF07432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/ Application For Special Subic-Clark Dependent Visa (Sscdv)</vt:lpstr>
    </vt:vector>
  </TitlesOfParts>
  <Manager/>
  <Company/>
  <LinksUpToDate>false</LinksUpToDate>
  <CharactersWithSpaces>3009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/ Application For Special Subic-Clark Dependent Visa (Sscdv)</dc:title>
  <dc:subject>Official VPAD visa application form and documentary checklist</dc:subject>
  <dc:creator>Visa Processing and Accreditation Department, SBMA</dc:creator>
  <cp:keywords>SBMA, VPAD, visa application, documentary requirements</cp:keywords>
  <dc:description>generated by python-docx</dc:description>
  <cp:lastModifiedBy>Levi N. Quindara</cp:lastModifiedBy>
  <cp:revision>3</cp:revision>
  <dcterms:created xsi:type="dcterms:W3CDTF">2026-08-04T01:08:00Z</dcterms:created>
  <dcterms:modified xsi:type="dcterms:W3CDTF">2026-08-05T03:02:00Z</dcterms:modified>
  <cp:category/>
</cp:coreProperties>
</file>